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F53E4" w:rsidR="00A534AB" w:rsidP="004E29DF" w:rsidRDefault="00602499" w14:paraId="241C9F98" w14:textId="31898C56">
      <w:pPr>
        <w:pStyle w:val="Heading1"/>
        <w:numPr>
          <w:ilvl w:val="0"/>
          <w:numId w:val="0"/>
        </w:numPr>
        <w:spacing w:before="0" w:line="240" w:lineRule="auto"/>
        <w:ind w:left="432" w:hanging="432"/>
        <w:rPr>
          <w:rFonts w:ascii="Myriad Pro Light" w:hAnsi="Myriad Pro Light"/>
          <w:lang w:val="es-CO"/>
        </w:rPr>
      </w:pPr>
      <w:proofErr w:type="spellStart"/>
      <w:r w:rsidRPr="00FF53E4">
        <w:rPr>
          <w:rFonts w:ascii="Myriad Pro Light" w:hAnsi="Myriad Pro Light"/>
          <w:lang w:val="es-CO"/>
        </w:rPr>
        <w:t>Curriculum</w:t>
      </w:r>
      <w:proofErr w:type="spellEnd"/>
      <w:r w:rsidRPr="00FF53E4">
        <w:rPr>
          <w:rFonts w:ascii="Myriad Pro Light" w:hAnsi="Myriad Pro Light"/>
          <w:lang w:val="es-CO"/>
        </w:rPr>
        <w:t xml:space="preserve"> Vitae</w:t>
      </w:r>
      <w:r w:rsidRPr="00FF53E4" w:rsidR="00D8202A">
        <w:rPr>
          <w:rFonts w:ascii="Myriad Pro Light" w:hAnsi="Myriad Pro Light"/>
          <w:lang w:val="es-CO"/>
        </w:rPr>
        <w:t xml:space="preserve">: </w:t>
      </w:r>
      <w:r w:rsidRPr="00FF53E4">
        <w:rPr>
          <w:rFonts w:ascii="Myriad Pro Light" w:hAnsi="Myriad Pro Light"/>
          <w:lang w:val="es-CO"/>
        </w:rPr>
        <w:t>Joaquín Restrepo</w:t>
      </w:r>
    </w:p>
    <w:p w:rsidRPr="00FF53E4" w:rsidR="00D8202A" w:rsidP="004E29DF" w:rsidRDefault="00D8202A" w14:paraId="342ACF75" w14:textId="77777777">
      <w:pPr>
        <w:pStyle w:val="Heading2"/>
        <w:numPr>
          <w:ilvl w:val="0"/>
          <w:numId w:val="0"/>
        </w:numPr>
        <w:spacing w:before="0" w:line="240" w:lineRule="auto"/>
        <w:ind w:left="576" w:hanging="576"/>
        <w:rPr>
          <w:rFonts w:ascii="Myriad Pro Light" w:hAnsi="Myriad Pro Light"/>
          <w:lang w:val="es-CO"/>
        </w:rPr>
      </w:pPr>
    </w:p>
    <w:p w:rsidRPr="00FF53E4" w:rsidR="00A534AB" w:rsidP="004E29DF" w:rsidRDefault="00FF53E4" w14:paraId="792357D7" w14:textId="5F681640">
      <w:pPr>
        <w:pStyle w:val="Heading2"/>
        <w:numPr>
          <w:ilvl w:val="0"/>
          <w:numId w:val="0"/>
        </w:numPr>
        <w:spacing w:before="0" w:line="240" w:lineRule="auto"/>
        <w:ind w:left="576" w:hanging="576"/>
        <w:rPr>
          <w:rFonts w:ascii="Myriad Pro Light" w:hAnsi="Myriad Pro Light"/>
          <w:lang w:val="es-CO"/>
        </w:rPr>
      </w:pPr>
      <w:r w:rsidRPr="00FF53E4">
        <w:rPr>
          <w:rFonts w:ascii="Myriad Pro Light" w:hAnsi="Myriad Pro Light"/>
          <w:lang w:val="es-CO"/>
        </w:rPr>
        <w:t>Educación</w:t>
      </w:r>
    </w:p>
    <w:p w:rsidRPr="00FF53E4" w:rsidR="00D8202A" w:rsidP="00D8202A" w:rsidRDefault="00D8202A" w14:paraId="6A480577" w14:textId="77777777">
      <w:pPr>
        <w:spacing w:after="0" w:line="240" w:lineRule="auto"/>
        <w:ind w:left="1440" w:hanging="1440"/>
        <w:rPr>
          <w:rFonts w:ascii="Myriad Pro Light" w:hAnsi="Myriad Pro Light"/>
          <w:lang w:val="es-CO"/>
        </w:rPr>
      </w:pPr>
    </w:p>
    <w:p w:rsidR="005B5634" w:rsidP="004E29DF" w:rsidRDefault="005B5634" w14:paraId="12D533E5" w14:textId="77777777">
      <w:pPr>
        <w:spacing w:after="0" w:line="240" w:lineRule="auto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2000 – 2001 Estudios de pintura con la artista D</w:t>
      </w:r>
      <w:r w:rsidRPr="005B5634">
        <w:rPr>
          <w:rFonts w:ascii="Myriad Pro Light" w:hAnsi="Myriad Pro Light" w:cs="Myriad Pro Light"/>
          <w:lang w:val="es-CO"/>
        </w:rPr>
        <w:t>é</w:t>
      </w:r>
      <w:r w:rsidRPr="005B5634">
        <w:rPr>
          <w:rFonts w:ascii="Myriad Pro Light" w:hAnsi="Myriad Pro Light"/>
          <w:lang w:val="es-CO"/>
        </w:rPr>
        <w:t>bora Arango. Medell</w:t>
      </w:r>
      <w:r w:rsidRPr="005B5634">
        <w:rPr>
          <w:rFonts w:ascii="Myriad Pro Light" w:hAnsi="Myriad Pro Light" w:cs="Myriad Pro Light"/>
          <w:lang w:val="es-CO"/>
        </w:rPr>
        <w:t>í</w:t>
      </w:r>
      <w:r w:rsidRPr="005B5634">
        <w:rPr>
          <w:rFonts w:ascii="Myriad Pro Light" w:hAnsi="Myriad Pro Light"/>
          <w:lang w:val="es-CO"/>
        </w:rPr>
        <w:t>n, Colombia (D</w:t>
      </w:r>
      <w:r w:rsidRPr="005B5634">
        <w:rPr>
          <w:rFonts w:ascii="Myriad Pro Light" w:hAnsi="Myriad Pro Light" w:cs="Myriad Pro Light"/>
          <w:lang w:val="es-CO"/>
        </w:rPr>
        <w:t>é</w:t>
      </w:r>
      <w:r w:rsidRPr="005B5634">
        <w:rPr>
          <w:rFonts w:ascii="Myriad Pro Light" w:hAnsi="Myriad Pro Light"/>
          <w:lang w:val="es-CO"/>
        </w:rPr>
        <w:t xml:space="preserve">bora </w:t>
      </w:r>
    </w:p>
    <w:p w:rsidRPr="005B5634" w:rsidR="005B5634" w:rsidP="004E29DF" w:rsidRDefault="005B5634" w14:paraId="490F1DEF" w14:textId="28E275FD">
      <w:pPr>
        <w:spacing w:after="0" w:line="240" w:lineRule="auto"/>
        <w:ind w:left="864" w:firstLine="432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Arango aparece en el billete de 2000 pesos colombianos).</w:t>
      </w:r>
    </w:p>
    <w:p w:rsidR="004E29DF" w:rsidP="004E29DF" w:rsidRDefault="005B5634" w14:paraId="49B984BC" w14:textId="77777777">
      <w:pPr>
        <w:spacing w:after="0" w:line="240" w:lineRule="auto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 xml:space="preserve">2000 – 2003 Estudios de </w:t>
      </w:r>
      <w:r w:rsidRPr="005B5634">
        <w:rPr>
          <w:rFonts w:ascii="Myriad Pro Light" w:hAnsi="Myriad Pro Light" w:cs="Myriad Pro Light"/>
          <w:lang w:val="es-CO"/>
        </w:rPr>
        <w:t>ó</w:t>
      </w:r>
      <w:r w:rsidRPr="005B5634">
        <w:rPr>
          <w:rFonts w:ascii="Myriad Pro Light" w:hAnsi="Myriad Pro Light"/>
          <w:lang w:val="es-CO"/>
        </w:rPr>
        <w:t>leo, acr</w:t>
      </w:r>
      <w:r w:rsidRPr="005B5634">
        <w:rPr>
          <w:rFonts w:ascii="Myriad Pro Light" w:hAnsi="Myriad Pro Light" w:cs="Myriad Pro Light"/>
          <w:lang w:val="es-CO"/>
        </w:rPr>
        <w:t>í</w:t>
      </w:r>
      <w:r w:rsidRPr="005B5634">
        <w:rPr>
          <w:rFonts w:ascii="Myriad Pro Light" w:hAnsi="Myriad Pro Light"/>
          <w:lang w:val="es-CO"/>
        </w:rPr>
        <w:t>lico, pastel y carb</w:t>
      </w:r>
      <w:r w:rsidRPr="005B5634">
        <w:rPr>
          <w:rFonts w:ascii="Myriad Pro Light" w:hAnsi="Myriad Pro Light" w:cs="Myriad Pro Light"/>
          <w:lang w:val="es-CO"/>
        </w:rPr>
        <w:t>ó</w:t>
      </w:r>
      <w:r w:rsidRPr="005B5634">
        <w:rPr>
          <w:rFonts w:ascii="Myriad Pro Light" w:hAnsi="Myriad Pro Light"/>
          <w:lang w:val="es-CO"/>
        </w:rPr>
        <w:t xml:space="preserve">n con la artista Ethel </w:t>
      </w:r>
      <w:proofErr w:type="spellStart"/>
      <w:r w:rsidRPr="005B5634">
        <w:rPr>
          <w:rFonts w:ascii="Myriad Pro Light" w:hAnsi="Myriad Pro Light"/>
          <w:lang w:val="es-CO"/>
        </w:rPr>
        <w:t>Gilmour</w:t>
      </w:r>
      <w:proofErr w:type="spellEnd"/>
      <w:r w:rsidRPr="005B5634">
        <w:rPr>
          <w:rFonts w:ascii="Myriad Pro Light" w:hAnsi="Myriad Pro Light"/>
          <w:lang w:val="es-CO"/>
        </w:rPr>
        <w:t>. Medell</w:t>
      </w:r>
      <w:r w:rsidRPr="005B5634">
        <w:rPr>
          <w:rFonts w:ascii="Myriad Pro Light" w:hAnsi="Myriad Pro Light" w:cs="Myriad Pro Light"/>
          <w:lang w:val="es-CO"/>
        </w:rPr>
        <w:t>í</w:t>
      </w:r>
      <w:r w:rsidRPr="005B5634">
        <w:rPr>
          <w:rFonts w:ascii="Myriad Pro Light" w:hAnsi="Myriad Pro Light"/>
          <w:lang w:val="es-CO"/>
        </w:rPr>
        <w:t xml:space="preserve">n, </w:t>
      </w:r>
    </w:p>
    <w:p w:rsidRPr="005B5634" w:rsidR="005B5634" w:rsidP="004E29DF" w:rsidRDefault="005B5634" w14:paraId="63FC3B27" w14:textId="7B821DAE">
      <w:pPr>
        <w:spacing w:after="0" w:line="240" w:lineRule="auto"/>
        <w:ind w:left="864" w:firstLine="432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Colombia.</w:t>
      </w:r>
    </w:p>
    <w:p w:rsidRPr="005B5634" w:rsidR="005B5634" w:rsidP="004E29DF" w:rsidRDefault="005B5634" w14:paraId="5E76457F" w14:textId="3AE9E32E">
      <w:pPr>
        <w:spacing w:after="0" w:line="240" w:lineRule="auto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2003 – 2007 Artes Pl</w:t>
      </w:r>
      <w:r w:rsidRPr="005B5634">
        <w:rPr>
          <w:rFonts w:ascii="Myriad Pro Light" w:hAnsi="Myriad Pro Light" w:cs="Myriad Pro Light"/>
          <w:lang w:val="es-CO"/>
        </w:rPr>
        <w:t>á</w:t>
      </w:r>
      <w:r w:rsidRPr="005B5634">
        <w:rPr>
          <w:rFonts w:ascii="Myriad Pro Light" w:hAnsi="Myriad Pro Light"/>
          <w:lang w:val="es-CO"/>
        </w:rPr>
        <w:t>sticas. Universidad de los Andes. Bogot</w:t>
      </w:r>
      <w:r w:rsidRPr="005B5634">
        <w:rPr>
          <w:rFonts w:ascii="Myriad Pro Light" w:hAnsi="Myriad Pro Light" w:cs="Myriad Pro Light"/>
          <w:lang w:val="es-CO"/>
        </w:rPr>
        <w:t>á</w:t>
      </w:r>
      <w:r w:rsidRPr="005B5634">
        <w:rPr>
          <w:rFonts w:ascii="Myriad Pro Light" w:hAnsi="Myriad Pro Light"/>
          <w:lang w:val="es-CO"/>
        </w:rPr>
        <w:t>, Colombia.</w:t>
      </w:r>
    </w:p>
    <w:p w:rsidR="004E29DF" w:rsidP="004E29DF" w:rsidRDefault="005B5634" w14:paraId="6738C885" w14:textId="77777777">
      <w:pPr>
        <w:spacing w:after="0" w:line="240" w:lineRule="auto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2003 – 2010 Historia del arte y t</w:t>
      </w:r>
      <w:r w:rsidRPr="005B5634">
        <w:rPr>
          <w:rFonts w:ascii="Myriad Pro Light" w:hAnsi="Myriad Pro Light" w:cs="Myriad Pro Light"/>
          <w:lang w:val="es-CO"/>
        </w:rPr>
        <w:t>é</w:t>
      </w:r>
      <w:r w:rsidRPr="005B5634">
        <w:rPr>
          <w:rFonts w:ascii="Myriad Pro Light" w:hAnsi="Myriad Pro Light"/>
          <w:lang w:val="es-CO"/>
        </w:rPr>
        <w:t>cnicas tradicionales con el maestro David Manzur. Bogot</w:t>
      </w:r>
      <w:r w:rsidRPr="005B5634">
        <w:rPr>
          <w:rFonts w:ascii="Myriad Pro Light" w:hAnsi="Myriad Pro Light" w:cs="Myriad Pro Light"/>
          <w:lang w:val="es-CO"/>
        </w:rPr>
        <w:t>á</w:t>
      </w:r>
      <w:r w:rsidRPr="005B5634">
        <w:rPr>
          <w:rFonts w:ascii="Myriad Pro Light" w:hAnsi="Myriad Pro Light"/>
          <w:lang w:val="es-CO"/>
        </w:rPr>
        <w:t xml:space="preserve">, </w:t>
      </w:r>
    </w:p>
    <w:p w:rsidRPr="005B5634" w:rsidR="005B5634" w:rsidP="004E29DF" w:rsidRDefault="005B5634" w14:paraId="7A54FC6A" w14:textId="6D26091E">
      <w:pPr>
        <w:spacing w:after="0" w:line="240" w:lineRule="auto"/>
        <w:ind w:left="864" w:firstLine="432"/>
        <w:rPr>
          <w:rFonts w:ascii="Myriad Pro Light" w:hAnsi="Myriad Pro Light"/>
          <w:lang w:val="es-CO"/>
        </w:rPr>
      </w:pPr>
      <w:r w:rsidRPr="005B5634">
        <w:rPr>
          <w:rFonts w:ascii="Myriad Pro Light" w:hAnsi="Myriad Pro Light"/>
          <w:lang w:val="es-CO"/>
        </w:rPr>
        <w:t>Colombia.</w:t>
      </w:r>
    </w:p>
    <w:p w:rsidRPr="005B5634" w:rsidR="007D7058" w:rsidP="004E29DF" w:rsidRDefault="005B5634" w14:paraId="50D2A6A4" w14:textId="29646233">
      <w:pPr>
        <w:spacing w:after="0" w:line="240" w:lineRule="auto"/>
        <w:rPr>
          <w:rFonts w:ascii="Myriad Pro Light" w:hAnsi="Myriad Pro Light"/>
        </w:rPr>
      </w:pPr>
      <w:r w:rsidRPr="005B5634">
        <w:rPr>
          <w:rFonts w:ascii="Myriad Pro Light" w:hAnsi="Myriad Pro Light"/>
          <w:lang w:val="es-CO"/>
        </w:rPr>
        <w:t>2010 – 2014 Estudios de cer</w:t>
      </w:r>
      <w:r w:rsidRPr="005B5634">
        <w:rPr>
          <w:rFonts w:ascii="Myriad Pro Light" w:hAnsi="Myriad Pro Light" w:cs="Myriad Pro Light"/>
          <w:lang w:val="es-CO"/>
        </w:rPr>
        <w:t>á</w:t>
      </w:r>
      <w:r w:rsidRPr="005B5634">
        <w:rPr>
          <w:rFonts w:ascii="Myriad Pro Light" w:hAnsi="Myriad Pro Light"/>
          <w:lang w:val="es-CO"/>
        </w:rPr>
        <w:t xml:space="preserve">mica con la ceramista Dalita Navarro. </w:t>
      </w:r>
      <w:r w:rsidRPr="005B5634">
        <w:rPr>
          <w:rFonts w:ascii="Myriad Pro Light" w:hAnsi="Myriad Pro Light"/>
        </w:rPr>
        <w:t>Bogot</w:t>
      </w:r>
      <w:r w:rsidRPr="005B5634">
        <w:rPr>
          <w:rFonts w:ascii="Myriad Pro Light" w:hAnsi="Myriad Pro Light" w:cs="Myriad Pro Light"/>
        </w:rPr>
        <w:t>á</w:t>
      </w:r>
      <w:r w:rsidRPr="005B5634">
        <w:rPr>
          <w:rFonts w:ascii="Myriad Pro Light" w:hAnsi="Myriad Pro Light"/>
        </w:rPr>
        <w:t>, Colombia.</w:t>
      </w:r>
    </w:p>
    <w:p w:rsidR="004E29DF" w:rsidP="004E29DF" w:rsidRDefault="004E29DF" w14:paraId="05D3DE95" w14:textId="77777777">
      <w:pPr>
        <w:spacing w:after="0" w:line="240" w:lineRule="auto"/>
        <w:rPr>
          <w:rFonts w:ascii="Myriad Pro Light" w:hAnsi="Myriad Pro Light"/>
        </w:rPr>
      </w:pPr>
    </w:p>
    <w:p w:rsidRPr="00EC2C9D" w:rsidR="00EC2C9D" w:rsidP="00EC2C9D" w:rsidRDefault="00EC2C9D" w14:paraId="15B995F4" w14:textId="77777777">
      <w:pPr>
        <w:pStyle w:val="Heading2"/>
        <w:numPr>
          <w:ilvl w:val="0"/>
          <w:numId w:val="0"/>
        </w:numPr>
        <w:spacing w:before="0" w:line="240" w:lineRule="auto"/>
        <w:ind w:left="576" w:hanging="576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lang w:val="es-CO"/>
        </w:rPr>
        <w:t>Exposiciones individuales</w:t>
      </w:r>
    </w:p>
    <w:p w:rsidR="00EC2C9D" w:rsidP="00EC2C9D" w:rsidRDefault="00EC2C9D" w14:paraId="5CB71556" w14:textId="77777777">
      <w:pPr>
        <w:spacing w:after="0" w:line="240" w:lineRule="auto"/>
        <w:rPr>
          <w:rFonts w:ascii="Myriad Pro Light" w:hAnsi="Myriad Pro Light"/>
          <w:b/>
          <w:bCs/>
          <w:lang w:val="es-CO"/>
        </w:rPr>
      </w:pPr>
    </w:p>
    <w:p w:rsidRPr="00EC2C9D" w:rsidR="00EC2C9D" w:rsidP="00EC2C9D" w:rsidRDefault="00EC2C9D" w14:paraId="0BBA8198" w14:textId="29188159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EC2C9D">
        <w:rPr>
          <w:rFonts w:ascii="Myriad Pro Light" w:hAnsi="Myriad Pro Light"/>
          <w:b w:val="1"/>
          <w:bCs w:val="1"/>
          <w:lang w:val="es-CO"/>
        </w:rPr>
        <w:t>2025</w:t>
      </w:r>
      <w:r>
        <w:tab/>
      </w:r>
      <w:r w:rsidRPr="1B879F1D" w:rsidR="00EC2C9D">
        <w:rPr>
          <w:rFonts w:ascii="Myriad Pro Light" w:hAnsi="Myriad Pro Light"/>
          <w:lang w:val="es-CO"/>
        </w:rPr>
        <w:t>“Reverberaciones,” Museo Regional de Cholula, Cholula, México.</w:t>
      </w:r>
      <w:r>
        <w:br/>
      </w:r>
      <w:r w:rsidRPr="1B879F1D" w:rsidR="00EC2C9D">
        <w:rPr>
          <w:rFonts w:ascii="Myriad Pro Light" w:hAnsi="Myriad Pro Light"/>
          <w:lang w:val="es-CO"/>
        </w:rPr>
        <w:t>“8 Latidos,” Centro de las Artes - CEART, San Luis Potosí, México.</w:t>
      </w:r>
    </w:p>
    <w:p w:rsidRPr="00EC2C9D" w:rsidR="00EC2C9D" w:rsidP="00924D61" w:rsidRDefault="00EC2C9D" w14:paraId="0D0A506E" w14:textId="73F4B903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2024</w:t>
      </w:r>
      <w:r w:rsidR="00924D61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“Horizontes del alma,” Museo de Arte de Querétaro, MAQRO, Querétaro, México.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</w:t>
      </w:r>
      <w:proofErr w:type="spellStart"/>
      <w:r w:rsidRPr="00EC2C9D">
        <w:rPr>
          <w:rFonts w:ascii="Myriad Pro Light" w:hAnsi="Myriad Pro Light"/>
          <w:lang w:val="es-CO"/>
        </w:rPr>
        <w:t>Summa</w:t>
      </w:r>
      <w:proofErr w:type="spellEnd"/>
      <w:r w:rsidRPr="00EC2C9D">
        <w:rPr>
          <w:rFonts w:ascii="Myriad Pro Light" w:hAnsi="Myriad Pro Light"/>
          <w:lang w:val="es-CO"/>
        </w:rPr>
        <w:t xml:space="preserve"> </w:t>
      </w:r>
      <w:proofErr w:type="spellStart"/>
      <w:r w:rsidRPr="00EC2C9D">
        <w:rPr>
          <w:rFonts w:ascii="Myriad Pro Light" w:hAnsi="Myriad Pro Light"/>
          <w:lang w:val="es-CO"/>
        </w:rPr>
        <w:t>Omnium</w:t>
      </w:r>
      <w:proofErr w:type="spellEnd"/>
      <w:r w:rsidRPr="00EC2C9D">
        <w:rPr>
          <w:rFonts w:ascii="Myriad Pro Light" w:hAnsi="Myriad Pro Light"/>
          <w:lang w:val="es-CO"/>
        </w:rPr>
        <w:t xml:space="preserve">,” Palacio de la Cultura Rafael Uribe </w:t>
      </w:r>
      <w:proofErr w:type="spellStart"/>
      <w:r w:rsidRPr="00EC2C9D">
        <w:rPr>
          <w:rFonts w:ascii="Myriad Pro Light" w:hAnsi="Myriad Pro Light"/>
          <w:lang w:val="es-CO"/>
        </w:rPr>
        <w:t>Uribe</w:t>
      </w:r>
      <w:proofErr w:type="spellEnd"/>
      <w:r w:rsidRPr="00EC2C9D">
        <w:rPr>
          <w:rFonts w:ascii="Myriad Pro Light" w:hAnsi="Myriad Pro Light"/>
          <w:lang w:val="es-CO"/>
        </w:rPr>
        <w:t>, Medellín, Colombia.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 xml:space="preserve">“Anima </w:t>
      </w:r>
      <w:proofErr w:type="spellStart"/>
      <w:r w:rsidRPr="00EC2C9D">
        <w:rPr>
          <w:rFonts w:ascii="Myriad Pro Light" w:hAnsi="Myriad Pro Light"/>
          <w:lang w:val="es-CO"/>
        </w:rPr>
        <w:t>Isolata</w:t>
      </w:r>
      <w:proofErr w:type="spellEnd"/>
      <w:r w:rsidRPr="00EC2C9D">
        <w:rPr>
          <w:rFonts w:ascii="Myriad Pro Light" w:hAnsi="Myriad Pro Light"/>
          <w:lang w:val="es-CO"/>
        </w:rPr>
        <w:t>,” Centro Nacional de las Artes - CENART, Ciudad de México, México.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</w:t>
      </w:r>
      <w:proofErr w:type="spellStart"/>
      <w:r w:rsidRPr="00EC2C9D">
        <w:rPr>
          <w:rFonts w:ascii="Myriad Pro Light" w:hAnsi="Myriad Pro Light"/>
          <w:lang w:val="es-CO"/>
        </w:rPr>
        <w:t>Intus</w:t>
      </w:r>
      <w:proofErr w:type="spellEnd"/>
      <w:r w:rsidRPr="00EC2C9D">
        <w:rPr>
          <w:rFonts w:ascii="Myriad Pro Light" w:hAnsi="Myriad Pro Light"/>
          <w:lang w:val="es-CO"/>
        </w:rPr>
        <w:t>,” Fundación Rocamora, Barcelona, España.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</w:t>
      </w:r>
      <w:proofErr w:type="spellStart"/>
      <w:r w:rsidRPr="00EC2C9D">
        <w:rPr>
          <w:rFonts w:ascii="Myriad Pro Light" w:hAnsi="Myriad Pro Light"/>
          <w:lang w:val="es-CO"/>
        </w:rPr>
        <w:t>Xiuxiueigs</w:t>
      </w:r>
      <w:proofErr w:type="spellEnd"/>
      <w:r w:rsidRPr="00EC2C9D">
        <w:rPr>
          <w:rFonts w:ascii="Myriad Pro Light" w:hAnsi="Myriad Pro Light"/>
          <w:lang w:val="es-CO"/>
        </w:rPr>
        <w:t>,” Real Círculo Artístico, Barcelona, España.</w:t>
      </w:r>
    </w:p>
    <w:p w:rsidRPr="00EC2C9D" w:rsidR="00EC2C9D" w:rsidP="00924D61" w:rsidRDefault="00EC2C9D" w14:paraId="5FBC45E1" w14:textId="2E090883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2023</w:t>
      </w:r>
      <w:r w:rsidR="00924D61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“Dualidades del alma,” Universidad Pontificia Bolivariana | UPB, Medellín, Colombia.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“Reencuentros,” Taller de cerámica Dalita Navarro, Subachoque, Colombia.</w:t>
      </w:r>
    </w:p>
    <w:p w:rsidRPr="00EC2C9D" w:rsidR="00EC2C9D" w:rsidP="00924D61" w:rsidRDefault="00EC2C9D" w14:paraId="54D1B23D" w14:textId="0B379DAB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2022</w:t>
      </w:r>
      <w:r w:rsidR="00924D61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“Encuentros,” Feria ARTBO, Bogotá, Colombia.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“Encuentros,” Museo Santa Clara, Bogotá, Colombia.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“Animus,” Galería Aurora, Bogotá, Colombia.</w:t>
      </w:r>
    </w:p>
    <w:p w:rsidRPr="00EC2C9D" w:rsidR="00EC2C9D" w:rsidP="00EC2C9D" w:rsidRDefault="00EC2C9D" w14:paraId="0BAF9E69" w14:textId="2B08F355">
      <w:pPr>
        <w:spacing w:after="0" w:line="240" w:lineRule="auto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2021</w:t>
      </w:r>
      <w:r w:rsidR="00924D61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“Anima,” Galería Darte Social - Fundación Corazón Verde, Bogotá, Colombia.</w:t>
      </w:r>
    </w:p>
    <w:p w:rsidR="001C0EC1" w:rsidP="1B879F1D" w:rsidRDefault="00924D61" w14:paraId="40636B53" w14:textId="77777777">
      <w:pPr>
        <w:spacing w:after="0" w:line="240" w:lineRule="auto"/>
        <w:ind w:left="864" w:hanging="0" w:firstLine="0"/>
        <w:rPr>
          <w:rFonts w:ascii="Myriad Pro Light" w:hAnsi="Myriad Pro Light"/>
          <w:lang w:val="en-US"/>
        </w:rPr>
      </w:pPr>
      <w:r w:rsidRPr="1B879F1D" w:rsidR="00EC2C9D">
        <w:rPr>
          <w:rFonts w:ascii="Myriad Pro Light" w:hAnsi="Myriad Pro Light"/>
          <w:lang w:val="en-US"/>
        </w:rPr>
        <w:t xml:space="preserve">“V.I.T.R.I.O.L.,” Gallery at Vaudeville, Fredericksburg, Texas, </w:t>
      </w:r>
      <w:r w:rsidRPr="1B879F1D" w:rsidR="00EC2C9D">
        <w:rPr>
          <w:rFonts w:ascii="Myriad Pro Light" w:hAnsi="Myriad Pro Light"/>
          <w:lang w:val="en-US"/>
        </w:rPr>
        <w:t>Estados</w:t>
      </w:r>
      <w:r w:rsidRPr="1B879F1D" w:rsidR="00EC2C9D">
        <w:rPr>
          <w:rFonts w:ascii="Myriad Pro Light" w:hAnsi="Myriad Pro Light"/>
          <w:lang w:val="en-US"/>
        </w:rPr>
        <w:t xml:space="preserve"> Unidos.</w:t>
      </w:r>
    </w:p>
    <w:p w:rsidRPr="00EC2C9D" w:rsidR="00EC2C9D" w:rsidP="00924D61" w:rsidRDefault="001C0EC1" w14:paraId="6B5CEA39" w14:textId="41191BA8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1C0EC1">
        <w:rPr>
          <w:rFonts w:ascii="Myriad Pro Light" w:hAnsi="Myriad Pro Light"/>
          <w:b/>
          <w:bCs/>
          <w:lang w:val="es-CO"/>
        </w:rPr>
        <w:t>2020</w:t>
      </w:r>
      <w:r>
        <w:rPr>
          <w:rFonts w:ascii="Myriad Pro Light" w:hAnsi="Myriad Pro Light"/>
          <w:lang w:val="es-CO"/>
        </w:rPr>
        <w:tab/>
      </w:r>
      <w:r w:rsidRPr="00EC2C9D" w:rsidR="00EC2C9D">
        <w:rPr>
          <w:rFonts w:ascii="Myriad Pro Light" w:hAnsi="Myriad Pro Light"/>
          <w:lang w:val="es-CO"/>
        </w:rPr>
        <w:t>“Amor Fati,” Embajada de Colombia ante la Confederación Suiza y el Principado de Liechtenstein, Berna, Suiza.</w:t>
      </w:r>
      <w:r w:rsidRPr="00EC2C9D" w:rsidR="00EC2C9D">
        <w:rPr>
          <w:rFonts w:ascii="Myriad Pro Light" w:hAnsi="Myriad Pro Light"/>
          <w:lang w:val="es-CO"/>
        </w:rPr>
        <w:br/>
      </w:r>
      <w:r w:rsidRPr="00EC2C9D" w:rsidR="00EC2C9D">
        <w:rPr>
          <w:rFonts w:ascii="Myriad Pro Light" w:hAnsi="Myriad Pro Light"/>
          <w:lang w:val="es-CO"/>
        </w:rPr>
        <w:t>“Amor Fati,” LCMA, Tavares, Florida, Estados Unidos.</w:t>
      </w:r>
      <w:r w:rsidRPr="00EC2C9D" w:rsidR="00EC2C9D">
        <w:rPr>
          <w:rFonts w:ascii="Myriad Pro Light" w:hAnsi="Myriad Pro Light"/>
          <w:lang w:val="es-CO"/>
        </w:rPr>
        <w:br/>
      </w:r>
      <w:r w:rsidRPr="00EC2C9D" w:rsidR="00EC2C9D">
        <w:rPr>
          <w:rFonts w:ascii="Myriad Pro Light" w:hAnsi="Myriad Pro Light"/>
          <w:lang w:val="es-CO"/>
        </w:rPr>
        <w:t>“Amor Fati,” Exposición virtual.</w:t>
      </w:r>
    </w:p>
    <w:p w:rsidRPr="00EC2C9D" w:rsidR="00EC2C9D" w:rsidP="00EC2C9D" w:rsidRDefault="00EC2C9D" w14:paraId="669282DE" w14:textId="53396175">
      <w:pPr>
        <w:spacing w:after="0" w:line="240" w:lineRule="auto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2019</w:t>
      </w:r>
      <w:r w:rsidR="007248C2">
        <w:rPr>
          <w:rFonts w:ascii="Myriad Pro Light" w:hAnsi="Myriad Pro Light"/>
          <w:b/>
          <w:bCs/>
          <w:lang w:val="es-CO"/>
        </w:rPr>
        <w:tab/>
      </w:r>
      <w:proofErr w:type="gramStart"/>
      <w:r w:rsidRPr="00EC2C9D">
        <w:rPr>
          <w:rFonts w:ascii="Myriad Pro Light" w:hAnsi="Myriad Pro Light"/>
          <w:lang w:val="es-CO"/>
        </w:rPr>
        <w:t>Exposición</w:t>
      </w:r>
      <w:proofErr w:type="gramEnd"/>
      <w:r w:rsidRPr="00EC2C9D">
        <w:rPr>
          <w:rFonts w:ascii="Myriad Pro Light" w:hAnsi="Myriad Pro Light"/>
          <w:lang w:val="es-CO"/>
        </w:rPr>
        <w:t xml:space="preserve"> en Galería Molina, Medellín, Colombia.</w:t>
      </w:r>
    </w:p>
    <w:p w:rsidRPr="00EC2C9D" w:rsidR="00EC2C9D" w:rsidP="007248C2" w:rsidRDefault="00EC2C9D" w14:paraId="1DB369B9" w14:textId="0BA1A169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2018</w:t>
      </w:r>
      <w:r w:rsidR="007248C2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</w:t>
      </w:r>
      <w:proofErr w:type="spellStart"/>
      <w:r w:rsidRPr="00EC2C9D">
        <w:rPr>
          <w:rFonts w:ascii="Myriad Pro Light" w:hAnsi="Myriad Pro Light"/>
          <w:lang w:val="es-CO"/>
        </w:rPr>
        <w:t>Cabinet</w:t>
      </w:r>
      <w:proofErr w:type="spellEnd"/>
      <w:r w:rsidRPr="00EC2C9D">
        <w:rPr>
          <w:rFonts w:ascii="Myriad Pro Light" w:hAnsi="Myriad Pro Light"/>
          <w:lang w:val="es-CO"/>
        </w:rPr>
        <w:t xml:space="preserve"> de </w:t>
      </w:r>
      <w:proofErr w:type="spellStart"/>
      <w:r w:rsidRPr="00EC2C9D">
        <w:rPr>
          <w:rFonts w:ascii="Myriad Pro Light" w:hAnsi="Myriad Pro Light"/>
          <w:lang w:val="es-CO"/>
        </w:rPr>
        <w:t>Curiosités</w:t>
      </w:r>
      <w:proofErr w:type="spellEnd"/>
      <w:r w:rsidRPr="00EC2C9D">
        <w:rPr>
          <w:rFonts w:ascii="Myriad Pro Light" w:hAnsi="Myriad Pro Light"/>
          <w:lang w:val="es-CO"/>
        </w:rPr>
        <w:t>,” Galería RRL, Ciudad de México, México.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>“Maestro de Maestros,” Galería Darte Social - Fundación Corazón Verde, Seminario Mayor, Bogotá D.C., Colombia.</w:t>
      </w:r>
    </w:p>
    <w:p w:rsidRPr="00EC2C9D" w:rsidR="00EC2C9D" w:rsidP="007248C2" w:rsidRDefault="00EC2C9D" w14:paraId="06EBA757" w14:textId="4374ED63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2017</w:t>
      </w:r>
      <w:r w:rsidR="007248C2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</w:t>
      </w:r>
      <w:proofErr w:type="spellStart"/>
      <w:r w:rsidRPr="00EC2C9D">
        <w:rPr>
          <w:rFonts w:ascii="Myriad Pro Light" w:hAnsi="Myriad Pro Light"/>
          <w:lang w:val="es-CO"/>
        </w:rPr>
        <w:t>Ayeyama</w:t>
      </w:r>
      <w:proofErr w:type="spellEnd"/>
      <w:r w:rsidRPr="00EC2C9D">
        <w:rPr>
          <w:rFonts w:ascii="Myriad Pro Light" w:hAnsi="Myriad Pro Light"/>
          <w:lang w:val="es-CO"/>
        </w:rPr>
        <w:t xml:space="preserve"> </w:t>
      </w:r>
      <w:proofErr w:type="spellStart"/>
      <w:r w:rsidRPr="00EC2C9D">
        <w:rPr>
          <w:rFonts w:ascii="Myriad Pro Light" w:hAnsi="Myriad Pro Light"/>
          <w:lang w:val="es-CO"/>
        </w:rPr>
        <w:t>Akuara</w:t>
      </w:r>
      <w:proofErr w:type="spellEnd"/>
      <w:r w:rsidRPr="00EC2C9D">
        <w:rPr>
          <w:rFonts w:ascii="Myriad Pro Light" w:hAnsi="Myriad Pro Light"/>
          <w:lang w:val="es-CO"/>
        </w:rPr>
        <w:t xml:space="preserve">,” Museo </w:t>
      </w:r>
      <w:proofErr w:type="spellStart"/>
      <w:r w:rsidRPr="00EC2C9D">
        <w:rPr>
          <w:rFonts w:ascii="Myriad Pro Light" w:hAnsi="Myriad Pro Light"/>
          <w:lang w:val="es-CO"/>
        </w:rPr>
        <w:t>Wells’Built</w:t>
      </w:r>
      <w:proofErr w:type="spellEnd"/>
      <w:r w:rsidRPr="00EC2C9D">
        <w:rPr>
          <w:rFonts w:ascii="Myriad Pro Light" w:hAnsi="Myriad Pro Light"/>
          <w:lang w:val="es-CO"/>
        </w:rPr>
        <w:t xml:space="preserve"> de Historia y Cultura Afroamericana, Orlando, Florida, Estados Unidos.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 xml:space="preserve">“Homenaje y exposición a Franklin P. Chase </w:t>
      </w:r>
      <w:proofErr w:type="spellStart"/>
      <w:r w:rsidRPr="00EC2C9D">
        <w:rPr>
          <w:rFonts w:ascii="Myriad Pro Light" w:hAnsi="Myriad Pro Light"/>
          <w:lang w:val="es-CO"/>
        </w:rPr>
        <w:t>Windemere</w:t>
      </w:r>
      <w:proofErr w:type="spellEnd"/>
      <w:r w:rsidRPr="00EC2C9D">
        <w:rPr>
          <w:rFonts w:ascii="Myriad Pro Light" w:hAnsi="Myriad Pro Light"/>
          <w:lang w:val="es-CO"/>
        </w:rPr>
        <w:t xml:space="preserve">,” Librería de </w:t>
      </w:r>
      <w:proofErr w:type="spellStart"/>
      <w:r w:rsidRPr="00EC2C9D">
        <w:rPr>
          <w:rFonts w:ascii="Myriad Pro Light" w:hAnsi="Myriad Pro Light"/>
          <w:lang w:val="es-CO"/>
        </w:rPr>
        <w:t>Windemere</w:t>
      </w:r>
      <w:proofErr w:type="spellEnd"/>
      <w:r w:rsidRPr="00EC2C9D">
        <w:rPr>
          <w:rFonts w:ascii="Myriad Pro Light" w:hAnsi="Myriad Pro Light"/>
          <w:lang w:val="es-CO"/>
        </w:rPr>
        <w:t xml:space="preserve">, </w:t>
      </w:r>
      <w:proofErr w:type="spellStart"/>
      <w:r w:rsidRPr="00EC2C9D">
        <w:rPr>
          <w:rFonts w:ascii="Myriad Pro Light" w:hAnsi="Myriad Pro Light"/>
          <w:lang w:val="es-CO"/>
        </w:rPr>
        <w:t>Windermere</w:t>
      </w:r>
      <w:proofErr w:type="spellEnd"/>
      <w:r w:rsidRPr="00EC2C9D">
        <w:rPr>
          <w:rFonts w:ascii="Myriad Pro Light" w:hAnsi="Myriad Pro Light"/>
          <w:lang w:val="es-CO"/>
        </w:rPr>
        <w:t>, Florida, Estados Unidos.</w:t>
      </w:r>
    </w:p>
    <w:p w:rsidRPr="00EC2C9D" w:rsidR="00EC2C9D" w:rsidP="007248C2" w:rsidRDefault="00EC2C9D" w14:paraId="197F72E0" w14:textId="2EECA223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2011</w:t>
      </w:r>
      <w:r w:rsidR="007248C2">
        <w:rPr>
          <w:rFonts w:ascii="Myriad Pro Light" w:hAnsi="Myriad Pro Light"/>
          <w:b/>
          <w:bCs/>
          <w:lang w:val="es-CO"/>
        </w:rPr>
        <w:tab/>
      </w:r>
      <w:r w:rsidRPr="00EC2C9D">
        <w:rPr>
          <w:rFonts w:ascii="Myriad Pro Light" w:hAnsi="Myriad Pro Light"/>
          <w:lang w:val="es-CO"/>
        </w:rPr>
        <w:t>“Ágora,” Capitolio Nacional de Colombia, Bogotá D.C., Colombia.</w:t>
      </w:r>
      <w:r w:rsidRPr="00EC2C9D">
        <w:rPr>
          <w:rFonts w:ascii="Myriad Pro Light" w:hAnsi="Myriad Pro Light"/>
          <w:lang w:val="es-CO"/>
        </w:rPr>
        <w:br/>
      </w:r>
      <w:r w:rsidRPr="00EC2C9D">
        <w:rPr>
          <w:rFonts w:ascii="Myriad Pro Light" w:hAnsi="Myriad Pro Light"/>
          <w:lang w:val="es-CO"/>
        </w:rPr>
        <w:t xml:space="preserve">“Exposición Joaquín Restrepo,” Feria de Arte de Shanghái, Galería </w:t>
      </w:r>
      <w:proofErr w:type="spellStart"/>
      <w:r w:rsidRPr="00EC2C9D">
        <w:rPr>
          <w:rFonts w:ascii="Myriad Pro Light" w:hAnsi="Myriad Pro Light"/>
          <w:lang w:val="es-CO"/>
        </w:rPr>
        <w:t>Byi</w:t>
      </w:r>
      <w:proofErr w:type="spellEnd"/>
      <w:r w:rsidRPr="00EC2C9D">
        <w:rPr>
          <w:rFonts w:ascii="Myriad Pro Light" w:hAnsi="Myriad Pro Light"/>
          <w:lang w:val="es-CO"/>
        </w:rPr>
        <w:t xml:space="preserve"> Trazos, Shanghái, República Popular China.</w:t>
      </w:r>
    </w:p>
    <w:p w:rsidRPr="00EC2C9D" w:rsidR="00EC2C9D" w:rsidP="007248C2" w:rsidRDefault="00EC2C9D" w14:paraId="4966ACAD" w14:textId="4E6CFF72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EC2C9D">
        <w:rPr>
          <w:rFonts w:ascii="Myriad Pro Light" w:hAnsi="Myriad Pro Light"/>
          <w:b w:val="1"/>
          <w:bCs w:val="1"/>
          <w:lang w:val="es-CO"/>
        </w:rPr>
        <w:t>2010</w:t>
      </w:r>
      <w:r>
        <w:tab/>
      </w:r>
      <w:r w:rsidRPr="1B879F1D" w:rsidR="00EC2C9D">
        <w:rPr>
          <w:rFonts w:ascii="Myriad Pro Light" w:hAnsi="Myriad Pro Light"/>
          <w:lang w:val="es-CO"/>
        </w:rPr>
        <w:t>“Ágora,” Galería Mundo Arte, Medellín, Colombia.</w:t>
      </w:r>
      <w:r>
        <w:br/>
      </w:r>
      <w:r w:rsidRPr="1B879F1D" w:rsidR="00EC2C9D">
        <w:rPr>
          <w:rFonts w:ascii="Myriad Pro Light" w:hAnsi="Myriad Pro Light"/>
          <w:lang w:val="es-CO"/>
        </w:rPr>
        <w:t>“Ágora,” Centro de Convenciones, Cartagena de Indias, Colombia.</w:t>
      </w:r>
      <w:r>
        <w:br/>
      </w:r>
      <w:r w:rsidRPr="1B879F1D" w:rsidR="00EC2C9D">
        <w:rPr>
          <w:rFonts w:ascii="Myriad Pro Light" w:hAnsi="Myriad Pro Light"/>
          <w:lang w:val="es-CO"/>
        </w:rPr>
        <w:t>“Ágora,” Congreso de la República de Colombia, Bogotá D.C., Colombia.</w:t>
      </w:r>
    </w:p>
    <w:p w:rsidRPr="00EC2C9D" w:rsidR="00D8202A" w:rsidP="00D8202A" w:rsidRDefault="00D8202A" w14:paraId="2CD74CCF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="00A534AB" w:rsidP="00C840F1" w:rsidRDefault="00602499" w14:paraId="68BD5C4A" w14:textId="7EF7EBE0">
      <w:pPr>
        <w:pStyle w:val="Heading2"/>
        <w:numPr>
          <w:ilvl w:val="0"/>
          <w:numId w:val="0"/>
        </w:numPr>
        <w:spacing w:before="0" w:line="240" w:lineRule="auto"/>
        <w:ind w:left="576" w:hanging="576"/>
        <w:rPr>
          <w:rFonts w:ascii="Myriad Pro Light" w:hAnsi="Myriad Pro Light"/>
        </w:rPr>
      </w:pPr>
      <w:r w:rsidRPr="00D8202A">
        <w:rPr>
          <w:rFonts w:ascii="Myriad Pro Light" w:hAnsi="Myriad Pro Light"/>
        </w:rPr>
        <w:t>Group Exhibitions</w:t>
      </w:r>
    </w:p>
    <w:p w:rsidR="00D8202A" w:rsidP="00D8202A" w:rsidRDefault="00D8202A" w14:paraId="0AA3E0F5" w14:textId="77777777">
      <w:pPr>
        <w:spacing w:after="0" w:line="240" w:lineRule="auto"/>
        <w:rPr>
          <w:rFonts w:ascii="Myriad Pro Light" w:hAnsi="Myriad Pro Light"/>
        </w:rPr>
      </w:pPr>
    </w:p>
    <w:p w:rsidRPr="00CF69BA" w:rsidR="00CF69BA" w:rsidP="00CF69BA" w:rsidRDefault="00CF69BA" w14:paraId="0D264B81" w14:textId="6E169FF7">
      <w:pPr>
        <w:spacing w:after="0" w:line="240" w:lineRule="auto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</w:t>
      </w:r>
      <w:r>
        <w:rPr>
          <w:rFonts w:ascii="Myriad Pro Light" w:hAnsi="Myriad Pro Light"/>
          <w:b/>
          <w:bCs/>
          <w:lang w:val="es-CO"/>
        </w:rPr>
        <w:t>24</w:t>
      </w:r>
      <w:r w:rsidR="00A3019F">
        <w:rPr>
          <w:rFonts w:ascii="Myriad Pro Light" w:hAnsi="Myriad Pro Light"/>
          <w:lang w:val="es-CO"/>
        </w:rPr>
        <w:tab/>
      </w:r>
      <w:r w:rsidRPr="00CF69BA">
        <w:rPr>
          <w:rFonts w:ascii="Myriad Pro Light" w:hAnsi="Myriad Pro Light"/>
          <w:lang w:val="es-CO"/>
        </w:rPr>
        <w:t xml:space="preserve">“Susurros del </w:t>
      </w:r>
      <w:proofErr w:type="gramStart"/>
      <w:r w:rsidRPr="00CF69BA">
        <w:rPr>
          <w:rFonts w:ascii="Myriad Pro Light" w:hAnsi="Myriad Pro Light"/>
          <w:lang w:val="es-CO"/>
        </w:rPr>
        <w:t>Alba“</w:t>
      </w:r>
      <w:proofErr w:type="gramEnd"/>
      <w:r w:rsidRPr="00CF69BA">
        <w:rPr>
          <w:rFonts w:ascii="Myriad Pro Light" w:hAnsi="Myriad Pro Light"/>
          <w:lang w:val="es-CO"/>
        </w:rPr>
        <w:t>, RUMBO, Ex Convento del Carmen, Guadalajara, México.</w:t>
      </w:r>
    </w:p>
    <w:p w:rsidRPr="00CF69BA" w:rsidR="00CF69BA" w:rsidP="00A3019F" w:rsidRDefault="00CF69BA" w14:paraId="112B3A61" w14:textId="77777777">
      <w:pPr>
        <w:spacing w:after="0" w:line="240" w:lineRule="auto"/>
        <w:ind w:left="432" w:firstLine="432"/>
        <w:rPr>
          <w:rFonts w:ascii="Myriad Pro Light" w:hAnsi="Myriad Pro Light"/>
        </w:rPr>
      </w:pPr>
      <w:r w:rsidRPr="00CF69BA">
        <w:rPr>
          <w:rFonts w:ascii="Myriad Pro Light" w:hAnsi="Myriad Pro Light"/>
        </w:rPr>
        <w:t>“</w:t>
      </w:r>
      <w:proofErr w:type="spellStart"/>
      <w:r w:rsidRPr="00CF69BA">
        <w:rPr>
          <w:rFonts w:ascii="Myriad Pro Light" w:hAnsi="Myriad Pro Light"/>
        </w:rPr>
        <w:t>Inmersive</w:t>
      </w:r>
      <w:proofErr w:type="spellEnd"/>
      <w:r w:rsidRPr="00CF69BA">
        <w:rPr>
          <w:rFonts w:ascii="Myriad Pro Light" w:hAnsi="Myriad Pro Light"/>
        </w:rPr>
        <w:t xml:space="preserve"> </w:t>
      </w:r>
      <w:proofErr w:type="gramStart"/>
      <w:r w:rsidRPr="00CF69BA">
        <w:rPr>
          <w:rFonts w:ascii="Myriad Pro Light" w:hAnsi="Myriad Pro Light"/>
        </w:rPr>
        <w:t>Senses“</w:t>
      </w:r>
      <w:proofErr w:type="gramEnd"/>
      <w:r w:rsidRPr="00CF69BA">
        <w:rPr>
          <w:rFonts w:ascii="Myriad Pro Light" w:hAnsi="Myriad Pro Light"/>
        </w:rPr>
        <w:t>, East-West Art Gallery, Barcelona, España.</w:t>
      </w:r>
    </w:p>
    <w:p w:rsidRPr="00CF69BA" w:rsidR="00CF69BA" w:rsidP="00486D07" w:rsidRDefault="008D2593" w14:paraId="426B5CA7" w14:textId="2BF2D764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</w:t>
      </w:r>
      <w:r>
        <w:rPr>
          <w:rFonts w:ascii="Myriad Pro Light" w:hAnsi="Myriad Pro Light"/>
          <w:b/>
          <w:bCs/>
          <w:lang w:val="es-CO"/>
        </w:rPr>
        <w:t>23</w:t>
      </w:r>
      <w:r w:rsidR="00486D07">
        <w:rPr>
          <w:rFonts w:ascii="Myriad Pro Light" w:hAnsi="Myriad Pro Light"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 xml:space="preserve">“Elegías al ruido y al </w:t>
      </w:r>
      <w:proofErr w:type="gramStart"/>
      <w:r w:rsidRPr="00CF69BA" w:rsidR="00CF69BA">
        <w:rPr>
          <w:rFonts w:ascii="Myriad Pro Light" w:hAnsi="Myriad Pro Light"/>
          <w:lang w:val="es-CO"/>
        </w:rPr>
        <w:t>tiempo“</w:t>
      </w:r>
      <w:proofErr w:type="gramEnd"/>
      <w:r w:rsidRPr="00CF69BA" w:rsidR="00CF69BA">
        <w:rPr>
          <w:rFonts w:ascii="Myriad Pro Light" w:hAnsi="Myriad Pro Light"/>
          <w:lang w:val="es-CO"/>
        </w:rPr>
        <w:t>, ARTBO, Salas Itinerante, Cementerio Alemán, Bogotá, Colombia</w:t>
      </w:r>
    </w:p>
    <w:p w:rsidRPr="00CF69BA" w:rsidR="00CF69BA" w:rsidP="00486D07" w:rsidRDefault="00CF69BA" w14:paraId="2BCE3C19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“Pintores en línea”, Dalita Navarro taller de cerámica, Subachoque, Colombia.</w:t>
      </w:r>
    </w:p>
    <w:p w:rsidRPr="00CF69BA" w:rsidR="00CF69BA" w:rsidP="00486D07" w:rsidRDefault="00CF69BA" w14:paraId="21E46539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“Papel </w:t>
      </w:r>
      <w:proofErr w:type="spellStart"/>
      <w:r w:rsidRPr="00CF69BA">
        <w:rPr>
          <w:rFonts w:ascii="Myriad Pro Light" w:hAnsi="Myriad Pro Light"/>
          <w:lang w:val="es-CO"/>
        </w:rPr>
        <w:t>Periodico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gramStart"/>
      <w:r w:rsidRPr="00CF69BA">
        <w:rPr>
          <w:rFonts w:ascii="Myriad Pro Light" w:hAnsi="Myriad Pro Light"/>
          <w:lang w:val="es-CO"/>
        </w:rPr>
        <w:t>Ilustrado“</w:t>
      </w:r>
      <w:proofErr w:type="gramEnd"/>
      <w:r w:rsidRPr="00CF69BA">
        <w:rPr>
          <w:rFonts w:ascii="Myriad Pro Light" w:hAnsi="Myriad Pro Light"/>
          <w:lang w:val="es-CO"/>
        </w:rPr>
        <w:t>, Blue House, Bogotá, Colombia</w:t>
      </w:r>
    </w:p>
    <w:p w:rsidRPr="00CF69BA" w:rsidR="00CF69BA" w:rsidP="00486D07" w:rsidRDefault="00CF69BA" w14:paraId="520C02E3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“Retrospectiva 20/40“, Museo Santa Clara, Bogotá, Colombia.</w:t>
      </w:r>
    </w:p>
    <w:p w:rsidRPr="00CF69BA" w:rsidR="00CF69BA" w:rsidP="00486D07" w:rsidRDefault="00CF69BA" w14:paraId="31D7ADBC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445BDE4D" w:rsidR="00CF69BA">
        <w:rPr>
          <w:rFonts w:ascii="Myriad Pro Light" w:hAnsi="Myriad Pro Light"/>
          <w:lang w:val="es-CO"/>
        </w:rPr>
        <w:t>“</w:t>
      </w:r>
      <w:r w:rsidRPr="445BDE4D" w:rsidR="00CF69BA">
        <w:rPr>
          <w:rFonts w:ascii="Myriad Pro Light" w:hAnsi="Myriad Pro Light"/>
          <w:lang w:val="es-CO"/>
        </w:rPr>
        <w:t>Intus</w:t>
      </w:r>
      <w:r w:rsidRPr="445BDE4D" w:rsidR="00CF69BA">
        <w:rPr>
          <w:rFonts w:ascii="Myriad Pro Light" w:hAnsi="Myriad Pro Light"/>
          <w:lang w:val="es-CO"/>
        </w:rPr>
        <w:t>”,</w:t>
      </w:r>
      <w:r w:rsidRPr="445BDE4D" w:rsidR="00CF69BA">
        <w:rPr>
          <w:rFonts w:ascii="Myriad Pro Light" w:hAnsi="Myriad Pro Light"/>
          <w:lang w:val="es-CO"/>
        </w:rPr>
        <w:t xml:space="preserve"> “</w:t>
      </w:r>
      <w:r w:rsidRPr="445BDE4D" w:rsidR="00CF69BA">
        <w:rPr>
          <w:rFonts w:ascii="Myriad Pro Light" w:hAnsi="Myriad Pro Light"/>
          <w:lang w:val="es-CO"/>
        </w:rPr>
        <w:t>Sculpture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on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the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Lawn</w:t>
      </w:r>
      <w:r w:rsidRPr="445BDE4D" w:rsidR="00CF69BA">
        <w:rPr>
          <w:rFonts w:ascii="Myriad Pro Light" w:hAnsi="Myriad Pro Light"/>
          <w:lang w:val="es-CO"/>
        </w:rPr>
        <w:t>“</w:t>
      </w:r>
      <w:r w:rsidRPr="445BDE4D" w:rsidR="00CF69BA">
        <w:rPr>
          <w:rFonts w:ascii="Myriad Pro Light" w:hAnsi="Myriad Pro Light"/>
          <w:lang w:val="es-CO"/>
        </w:rPr>
        <w:t>, Centro Administrativo del Orange County, Orlando, Florida, Estados Unidos.</w:t>
      </w:r>
    </w:p>
    <w:p w:rsidRPr="00CF69BA" w:rsidR="00CF69BA" w:rsidP="00CF69BA" w:rsidRDefault="008D2593" w14:paraId="3A30D505" w14:textId="45D338E7">
      <w:pPr>
        <w:spacing w:after="0" w:line="240" w:lineRule="auto"/>
        <w:rPr>
          <w:rFonts w:ascii="Myriad Pro Light" w:hAnsi="Myriad Pro Light"/>
          <w:lang w:val="es-CO"/>
        </w:rPr>
      </w:pPr>
      <w:r w:rsidRPr="00EC2C9D">
        <w:rPr>
          <w:rFonts w:ascii="Myriad Pro Light" w:hAnsi="Myriad Pro Light"/>
          <w:b/>
          <w:bCs/>
          <w:lang w:val="es-CO"/>
        </w:rPr>
        <w:t>20</w:t>
      </w:r>
      <w:r>
        <w:rPr>
          <w:rFonts w:ascii="Myriad Pro Light" w:hAnsi="Myriad Pro Light"/>
          <w:b/>
          <w:bCs/>
          <w:lang w:val="es-CO"/>
        </w:rPr>
        <w:t>22</w:t>
      </w:r>
      <w:r w:rsidR="00486D07">
        <w:rPr>
          <w:rFonts w:ascii="Myriad Pro Light" w:hAnsi="Myriad Pro Light"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 xml:space="preserve">“Artistas </w:t>
      </w:r>
      <w:proofErr w:type="gramStart"/>
      <w:r w:rsidRPr="00CF69BA" w:rsidR="00CF69BA">
        <w:rPr>
          <w:rFonts w:ascii="Myriad Pro Light" w:hAnsi="Myriad Pro Light"/>
          <w:lang w:val="es-CO"/>
        </w:rPr>
        <w:t>Antioqueños“</w:t>
      </w:r>
      <w:proofErr w:type="gramEnd"/>
      <w:r w:rsidRPr="00CF69BA" w:rsidR="00CF69BA">
        <w:rPr>
          <w:rFonts w:ascii="Myriad Pro Light" w:hAnsi="Myriad Pro Light"/>
          <w:lang w:val="es-CO"/>
        </w:rPr>
        <w:t>, Molina Galería, Medellín, Colombia.</w:t>
      </w:r>
    </w:p>
    <w:p w:rsidRPr="00CF69BA" w:rsidR="00CF69BA" w:rsidP="00486D07" w:rsidRDefault="00CF69BA" w14:paraId="7E6904D8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445BDE4D" w:rsidR="00CF69BA">
        <w:rPr>
          <w:rFonts w:ascii="Myriad Pro Light" w:hAnsi="Myriad Pro Light"/>
          <w:lang w:val="es-CO"/>
        </w:rPr>
        <w:t xml:space="preserve">“So </w:t>
      </w:r>
      <w:r w:rsidRPr="445BDE4D" w:rsidR="00CF69BA">
        <w:rPr>
          <w:rFonts w:ascii="Myriad Pro Light" w:hAnsi="Myriad Pro Light"/>
          <w:lang w:val="es-CO"/>
        </w:rPr>
        <w:t>far</w:t>
      </w:r>
      <w:r w:rsidRPr="445BDE4D" w:rsidR="00CF69BA">
        <w:rPr>
          <w:rFonts w:ascii="Myriad Pro Light" w:hAnsi="Myriad Pro Light"/>
          <w:lang w:val="es-CO"/>
        </w:rPr>
        <w:t xml:space="preserve">, So </w:t>
      </w:r>
      <w:r w:rsidRPr="445BDE4D" w:rsidR="00CF69BA">
        <w:rPr>
          <w:rFonts w:ascii="Myriad Pro Light" w:hAnsi="Myriad Pro Light"/>
          <w:lang w:val="es-CO"/>
        </w:rPr>
        <w:t>near</w:t>
      </w:r>
      <w:r w:rsidRPr="445BDE4D" w:rsidR="00CF69BA">
        <w:rPr>
          <w:rFonts w:ascii="Myriad Pro Light" w:hAnsi="Myriad Pro Light"/>
          <w:lang w:val="es-CO"/>
        </w:rPr>
        <w:t>”,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LAi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museum</w:t>
      </w:r>
      <w:r w:rsidRPr="445BDE4D" w:rsidR="00CF69BA">
        <w:rPr>
          <w:rFonts w:ascii="Myriad Pro Light" w:hAnsi="Myriad Pro Light"/>
          <w:lang w:val="es-CO"/>
        </w:rPr>
        <w:t>, Principado de Asturias, España.</w:t>
      </w:r>
    </w:p>
    <w:p w:rsidRPr="00CF69BA" w:rsidR="00CF69BA" w:rsidP="00CF69BA" w:rsidRDefault="008D2593" w14:paraId="1DEBBF1E" w14:textId="6840F499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2021</w:t>
      </w:r>
      <w:r w:rsidR="00486D07">
        <w:rPr>
          <w:rFonts w:ascii="Myriad Pro Light" w:hAnsi="Myriad Pro Light"/>
          <w:lang w:val="es-CO"/>
        </w:rPr>
        <w:tab/>
      </w:r>
      <w:proofErr w:type="gramStart"/>
      <w:r w:rsidRPr="00CF69BA" w:rsidR="00CF69BA">
        <w:rPr>
          <w:rFonts w:ascii="Myriad Pro Light" w:hAnsi="Myriad Pro Light"/>
          <w:lang w:val="es-CO"/>
        </w:rPr>
        <w:t>Exhibición</w:t>
      </w:r>
      <w:proofErr w:type="gramEnd"/>
      <w:r w:rsidRPr="00CF69BA" w:rsidR="00CF69BA">
        <w:rPr>
          <w:rFonts w:ascii="Myriad Pro Light" w:hAnsi="Myriad Pro Light"/>
          <w:lang w:val="es-CO"/>
        </w:rPr>
        <w:t xml:space="preserve"> Galería Katapult, Basilea, Suiza.</w:t>
      </w:r>
    </w:p>
    <w:p w:rsidRPr="00CF69BA" w:rsidR="00CF69BA" w:rsidP="00486D07" w:rsidRDefault="00CF69BA" w14:paraId="780FA40F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“La gente solo ve lo que está dispuesta a </w:t>
      </w:r>
      <w:proofErr w:type="gramStart"/>
      <w:r w:rsidRPr="00CF69BA">
        <w:rPr>
          <w:rFonts w:ascii="Myriad Pro Light" w:hAnsi="Myriad Pro Light"/>
          <w:lang w:val="es-CO"/>
        </w:rPr>
        <w:t>ver“</w:t>
      </w:r>
      <w:proofErr w:type="gramEnd"/>
      <w:r w:rsidRPr="00CF69BA">
        <w:rPr>
          <w:rFonts w:ascii="Myriad Pro Light" w:hAnsi="Myriad Pro Light"/>
          <w:lang w:val="es-CO"/>
        </w:rPr>
        <w:t>, Casa de la Cultura, Anapoima, Colombia.</w:t>
      </w:r>
    </w:p>
    <w:p w:rsidRPr="00CF69BA" w:rsidR="00CF69BA" w:rsidP="00486D07" w:rsidRDefault="00CF69BA" w14:paraId="0B15BC34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“Pequeño </w:t>
      </w:r>
      <w:proofErr w:type="gramStart"/>
      <w:r w:rsidRPr="00CF69BA">
        <w:rPr>
          <w:rFonts w:ascii="Myriad Pro Light" w:hAnsi="Myriad Pro Light"/>
          <w:lang w:val="es-CO"/>
        </w:rPr>
        <w:t>formato“</w:t>
      </w:r>
      <w:proofErr w:type="gramEnd"/>
      <w:r w:rsidRPr="00CF69BA">
        <w:rPr>
          <w:rFonts w:ascii="Myriad Pro Light" w:hAnsi="Myriad Pro Light"/>
          <w:lang w:val="es-CO"/>
        </w:rPr>
        <w:t>, Museo El Castillo, Medellín, Colombia</w:t>
      </w:r>
    </w:p>
    <w:p w:rsidRPr="00CF69BA" w:rsidR="00CF69BA" w:rsidP="00CF69BA" w:rsidRDefault="0088577C" w14:paraId="5BE1C7F8" w14:textId="21F5A829">
      <w:pPr>
        <w:spacing w:after="0" w:line="240" w:lineRule="auto"/>
        <w:rPr>
          <w:rFonts w:ascii="Myriad Pro Light" w:hAnsi="Myriad Pro Light"/>
        </w:rPr>
      </w:pPr>
      <w:r w:rsidRPr="00486D07">
        <w:rPr>
          <w:rFonts w:ascii="Myriad Pro Light" w:hAnsi="Myriad Pro Light"/>
          <w:b/>
          <w:bCs/>
        </w:rPr>
        <w:t>2020</w:t>
      </w:r>
      <w:r w:rsidR="00486D07">
        <w:rPr>
          <w:rFonts w:ascii="Myriad Pro Light" w:hAnsi="Myriad Pro Light"/>
        </w:rPr>
        <w:tab/>
      </w:r>
      <w:r w:rsidRPr="00CF69BA" w:rsidR="00CF69BA">
        <w:rPr>
          <w:rFonts w:ascii="Myriad Pro Light" w:hAnsi="Myriad Pro Light"/>
        </w:rPr>
        <w:t xml:space="preserve">“RED”, Jane´s Art Center, New </w:t>
      </w:r>
      <w:proofErr w:type="spellStart"/>
      <w:r w:rsidRPr="00CF69BA" w:rsidR="00CF69BA">
        <w:rPr>
          <w:rFonts w:ascii="Myriad Pro Light" w:hAnsi="Myriad Pro Light"/>
        </w:rPr>
        <w:t>Symrna</w:t>
      </w:r>
      <w:proofErr w:type="spellEnd"/>
      <w:r w:rsidRPr="00CF69BA" w:rsidR="00CF69BA">
        <w:rPr>
          <w:rFonts w:ascii="Myriad Pro Light" w:hAnsi="Myriad Pro Light"/>
        </w:rPr>
        <w:t>, Florida, United States.</w:t>
      </w:r>
    </w:p>
    <w:p w:rsidRPr="00CF69BA" w:rsidR="00CF69BA" w:rsidP="00486D07" w:rsidRDefault="00CF69BA" w14:paraId="7FC14DF5" w14:textId="77777777">
      <w:pPr>
        <w:spacing w:after="0" w:line="240" w:lineRule="auto"/>
        <w:ind w:left="432" w:firstLine="432"/>
        <w:rPr>
          <w:rFonts w:ascii="Myriad Pro Light" w:hAnsi="Myriad Pro Light"/>
        </w:rPr>
      </w:pPr>
      <w:r w:rsidRPr="00CF69BA">
        <w:rPr>
          <w:rFonts w:ascii="Myriad Pro Light" w:hAnsi="Myriad Pro Light"/>
        </w:rPr>
        <w:t xml:space="preserve">“Amor Fati”, Hispanic Heritage Committee, Orange County, Florida, </w:t>
      </w:r>
      <w:proofErr w:type="spellStart"/>
      <w:r w:rsidRPr="00CF69BA">
        <w:rPr>
          <w:rFonts w:ascii="Myriad Pro Light" w:hAnsi="Myriad Pro Light"/>
        </w:rPr>
        <w:t>Estados</w:t>
      </w:r>
      <w:proofErr w:type="spellEnd"/>
      <w:r w:rsidRPr="00CF69BA">
        <w:rPr>
          <w:rFonts w:ascii="Myriad Pro Light" w:hAnsi="Myriad Pro Light"/>
        </w:rPr>
        <w:t xml:space="preserve"> Unidos.</w:t>
      </w:r>
    </w:p>
    <w:p w:rsidRPr="00CF69BA" w:rsidR="00CF69BA" w:rsidP="00CF69BA" w:rsidRDefault="0088577C" w14:paraId="35D89A2E" w14:textId="3E321252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2019</w:t>
      </w:r>
      <w:r w:rsidR="00486D07">
        <w:rPr>
          <w:rFonts w:ascii="Myriad Pro Light" w:hAnsi="Myriad Pro Light"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 xml:space="preserve">“Gratia Anima” </w:t>
      </w:r>
      <w:proofErr w:type="spellStart"/>
      <w:r w:rsidRPr="00CF69BA" w:rsidR="00CF69BA">
        <w:rPr>
          <w:rFonts w:ascii="Myriad Pro Light" w:hAnsi="Myriad Pro Light"/>
          <w:lang w:val="es-CO"/>
        </w:rPr>
        <w:t>Jane´s</w:t>
      </w:r>
      <w:proofErr w:type="spellEnd"/>
      <w:r w:rsidRPr="00CF69BA" w:rsidR="00CF69BA">
        <w:rPr>
          <w:rFonts w:ascii="Myriad Pro Light" w:hAnsi="Myriad Pro Light"/>
          <w:lang w:val="es-CO"/>
        </w:rPr>
        <w:t xml:space="preserve"> Art Center, New </w:t>
      </w:r>
      <w:proofErr w:type="spellStart"/>
      <w:r w:rsidRPr="00CF69BA" w:rsidR="00CF69BA">
        <w:rPr>
          <w:rFonts w:ascii="Myriad Pro Light" w:hAnsi="Myriad Pro Light"/>
          <w:lang w:val="es-CO"/>
        </w:rPr>
        <w:t>Symrna</w:t>
      </w:r>
      <w:proofErr w:type="spellEnd"/>
      <w:r w:rsidRPr="00CF69BA" w:rsidR="00CF69BA">
        <w:rPr>
          <w:rFonts w:ascii="Myriad Pro Light" w:hAnsi="Myriad Pro Light"/>
          <w:lang w:val="es-CO"/>
        </w:rPr>
        <w:t>, Florida, Estados Unidos.</w:t>
      </w:r>
    </w:p>
    <w:p w:rsidRPr="00CF69BA" w:rsidR="00CF69BA" w:rsidP="00486D07" w:rsidRDefault="00CF69BA" w14:paraId="519F9906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Forgotten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>
        <w:rPr>
          <w:rFonts w:ascii="Myriad Pro Light" w:hAnsi="Myriad Pro Light"/>
          <w:lang w:val="es-CO"/>
        </w:rPr>
        <w:t>Gods</w:t>
      </w:r>
      <w:proofErr w:type="spellEnd"/>
      <w:r w:rsidRPr="00CF69BA">
        <w:rPr>
          <w:rFonts w:ascii="Myriad Pro Light" w:hAnsi="Myriad Pro Light"/>
          <w:lang w:val="es-CO"/>
        </w:rPr>
        <w:t>” Galería Virginia Miller, Coral Gables, Florida, Estados Unidos.</w:t>
      </w:r>
    </w:p>
    <w:p w:rsidRPr="00CF69BA" w:rsidR="00CF69BA" w:rsidP="00486D07" w:rsidRDefault="00CF69BA" w14:paraId="72BE4B80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Exposición en el </w:t>
      </w:r>
      <w:proofErr w:type="spellStart"/>
      <w:r w:rsidRPr="00CF69BA">
        <w:rPr>
          <w:rFonts w:ascii="Myriad Pro Light" w:hAnsi="Myriad Pro Light"/>
          <w:lang w:val="es-CO"/>
        </w:rPr>
        <w:t>Osceola</w:t>
      </w:r>
      <w:proofErr w:type="spellEnd"/>
      <w:r w:rsidRPr="00CF69BA">
        <w:rPr>
          <w:rFonts w:ascii="Myriad Pro Light" w:hAnsi="Myriad Pro Light"/>
          <w:lang w:val="es-CO"/>
        </w:rPr>
        <w:t xml:space="preserve"> Center </w:t>
      </w:r>
      <w:proofErr w:type="spellStart"/>
      <w:r w:rsidRPr="00CF69BA">
        <w:rPr>
          <w:rFonts w:ascii="Myriad Pro Light" w:hAnsi="Myriad Pro Light"/>
          <w:lang w:val="es-CO"/>
        </w:rPr>
        <w:t>of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>
        <w:rPr>
          <w:rFonts w:ascii="Myriad Pro Light" w:hAnsi="Myriad Pro Light"/>
          <w:lang w:val="es-CO"/>
        </w:rPr>
        <w:t>Arts</w:t>
      </w:r>
      <w:proofErr w:type="spellEnd"/>
      <w:r w:rsidRPr="00CF69BA">
        <w:rPr>
          <w:rFonts w:ascii="Myriad Pro Light" w:hAnsi="Myriad Pro Light"/>
          <w:lang w:val="es-CO"/>
        </w:rPr>
        <w:t>, Kissimmee, Florida, Estados Unidos.</w:t>
      </w:r>
    </w:p>
    <w:p w:rsidRPr="00CF69BA" w:rsidR="00CF69BA" w:rsidP="00486D07" w:rsidRDefault="00CF69BA" w14:paraId="096362EB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Exposición en el </w:t>
      </w:r>
      <w:proofErr w:type="spellStart"/>
      <w:r w:rsidRPr="00CF69BA">
        <w:rPr>
          <w:rFonts w:ascii="Myriad Pro Light" w:hAnsi="Myriad Pro Light"/>
          <w:lang w:val="es-CO"/>
        </w:rPr>
        <w:t>Osceola</w:t>
      </w:r>
      <w:proofErr w:type="spellEnd"/>
      <w:r w:rsidRPr="00CF69BA">
        <w:rPr>
          <w:rFonts w:ascii="Myriad Pro Light" w:hAnsi="Myriad Pro Light"/>
          <w:lang w:val="es-CO"/>
        </w:rPr>
        <w:t xml:space="preserve"> City Hall, Kissimmee, Florida, Estados Unidos.</w:t>
      </w:r>
    </w:p>
    <w:p w:rsidRPr="00CF69BA" w:rsidR="00CF69BA" w:rsidP="00486D07" w:rsidRDefault="00CF69BA" w14:paraId="44D676C3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Exposición en el Orlando City Hall, Orlando Florida, Estados Unidos.</w:t>
      </w:r>
    </w:p>
    <w:p w:rsidRPr="00CF69BA" w:rsidR="00CF69BA" w:rsidP="00486D07" w:rsidRDefault="00CF69BA" w14:paraId="7296E2D0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Exposición en el Orange County City Hall, Orlando, Florida, Estados Unidos.</w:t>
      </w:r>
    </w:p>
    <w:p w:rsidRPr="00CF69BA" w:rsidR="00CF69BA" w:rsidP="00486D07" w:rsidRDefault="00CF69BA" w14:paraId="21884CCF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proofErr w:type="spellStart"/>
      <w:r w:rsidRPr="00CF69BA">
        <w:rPr>
          <w:rFonts w:ascii="Myriad Pro Light" w:hAnsi="Myriad Pro Light"/>
        </w:rPr>
        <w:t>Exposición</w:t>
      </w:r>
      <w:proofErr w:type="spellEnd"/>
      <w:r w:rsidRPr="00CF69BA">
        <w:rPr>
          <w:rFonts w:ascii="Myriad Pro Light" w:hAnsi="Myriad Pro Light"/>
        </w:rPr>
        <w:t xml:space="preserve"> </w:t>
      </w:r>
      <w:proofErr w:type="spellStart"/>
      <w:r w:rsidRPr="00CF69BA">
        <w:rPr>
          <w:rFonts w:ascii="Myriad Pro Light" w:hAnsi="Myriad Pro Light"/>
        </w:rPr>
        <w:t>en</w:t>
      </w:r>
      <w:proofErr w:type="spellEnd"/>
      <w:r w:rsidRPr="00CF69BA">
        <w:rPr>
          <w:rFonts w:ascii="Myriad Pro Light" w:hAnsi="Myriad Pro Light"/>
        </w:rPr>
        <w:t xml:space="preserve"> </w:t>
      </w:r>
      <w:proofErr w:type="spellStart"/>
      <w:r w:rsidRPr="00CF69BA">
        <w:rPr>
          <w:rFonts w:ascii="Myriad Pro Light" w:hAnsi="Myriad Pro Light"/>
        </w:rPr>
        <w:t>el</w:t>
      </w:r>
      <w:proofErr w:type="spellEnd"/>
      <w:r w:rsidRPr="00CF69BA">
        <w:rPr>
          <w:rFonts w:ascii="Myriad Pro Light" w:hAnsi="Myriad Pro Light"/>
        </w:rPr>
        <w:t xml:space="preserve"> 1st Thursday Orlando Museum of Art (OMART), Orlando, Florida. </w:t>
      </w:r>
      <w:r w:rsidRPr="00CF69BA">
        <w:rPr>
          <w:rFonts w:ascii="Myriad Pro Light" w:hAnsi="Myriad Pro Light"/>
          <w:lang w:val="es-CO"/>
        </w:rPr>
        <w:t>Estados Unidos.</w:t>
      </w:r>
    </w:p>
    <w:p w:rsidRPr="00CF69BA" w:rsidR="00CF69BA" w:rsidP="00486D07" w:rsidRDefault="00CF69BA" w14:paraId="04F775CC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Indidenous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>
        <w:rPr>
          <w:rFonts w:ascii="Myriad Pro Light" w:hAnsi="Myriad Pro Light"/>
          <w:lang w:val="es-CO"/>
        </w:rPr>
        <w:t>Futurism</w:t>
      </w:r>
      <w:proofErr w:type="spellEnd"/>
      <w:r w:rsidRPr="00CF69BA">
        <w:rPr>
          <w:rFonts w:ascii="Myriad Pro Light" w:hAnsi="Myriad Pro Light"/>
          <w:lang w:val="es-CO"/>
        </w:rPr>
        <w:t xml:space="preserve">” 1st </w:t>
      </w:r>
      <w:proofErr w:type="spellStart"/>
      <w:r w:rsidRPr="00CF69BA">
        <w:rPr>
          <w:rFonts w:ascii="Myriad Pro Light" w:hAnsi="Myriad Pro Light"/>
          <w:lang w:val="es-CO"/>
        </w:rPr>
        <w:t>Thursday</w:t>
      </w:r>
      <w:proofErr w:type="spellEnd"/>
      <w:r w:rsidRPr="00CF69BA">
        <w:rPr>
          <w:rFonts w:ascii="Myriad Pro Light" w:hAnsi="Myriad Pro Light"/>
          <w:lang w:val="es-CO"/>
        </w:rPr>
        <w:t xml:space="preserve"> Orlando </w:t>
      </w:r>
      <w:proofErr w:type="spellStart"/>
      <w:r w:rsidRPr="00CF69BA">
        <w:rPr>
          <w:rFonts w:ascii="Myriad Pro Light" w:hAnsi="Myriad Pro Light"/>
          <w:lang w:val="es-CO"/>
        </w:rPr>
        <w:t>Museum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>
        <w:rPr>
          <w:rFonts w:ascii="Myriad Pro Light" w:hAnsi="Myriad Pro Light"/>
          <w:lang w:val="es-CO"/>
        </w:rPr>
        <w:t>of</w:t>
      </w:r>
      <w:proofErr w:type="spellEnd"/>
      <w:r w:rsidRPr="00CF69BA">
        <w:rPr>
          <w:rFonts w:ascii="Myriad Pro Light" w:hAnsi="Myriad Pro Light"/>
          <w:lang w:val="es-CO"/>
        </w:rPr>
        <w:t xml:space="preserve"> Art (OMART), Orlando, Florida, Estados Unidos.</w:t>
      </w:r>
    </w:p>
    <w:p w:rsidRPr="00CF69BA" w:rsidR="00CF69BA" w:rsidP="00486D07" w:rsidRDefault="00CF69BA" w14:paraId="246EC95C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“Entre Artes” Galería Marquesa de Mancera, San Miguel de Allende, México.</w:t>
      </w:r>
    </w:p>
    <w:p w:rsidRPr="00CF69BA" w:rsidR="00CF69BA" w:rsidP="00486D07" w:rsidRDefault="0088577C" w14:paraId="492F9561" w14:textId="7F48EE3B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88577C">
        <w:rPr>
          <w:rFonts w:ascii="Myriad Pro Light" w:hAnsi="Myriad Pro Light"/>
          <w:b w:val="1"/>
          <w:bCs w:val="1"/>
          <w:lang w:val="es-CO"/>
        </w:rPr>
        <w:t>2018</w:t>
      </w:r>
      <w:r>
        <w:tab/>
      </w:r>
      <w:r w:rsidRPr="1B879F1D" w:rsidR="00CF69BA">
        <w:rPr>
          <w:rFonts w:ascii="Myriad Pro Light" w:hAnsi="Myriad Pro Light"/>
          <w:lang w:val="es-CO"/>
        </w:rPr>
        <w:t xml:space="preserve">“Disney Mickey </w:t>
      </w:r>
      <w:r w:rsidRPr="1B879F1D" w:rsidR="00CF69BA">
        <w:rPr>
          <w:rFonts w:ascii="Myriad Pro Light" w:hAnsi="Myriad Pro Light"/>
          <w:lang w:val="es-CO"/>
        </w:rPr>
        <w:t>The</w:t>
      </w:r>
      <w:r w:rsidRPr="1B879F1D" w:rsidR="00CF69BA">
        <w:rPr>
          <w:rFonts w:ascii="Myriad Pro Light" w:hAnsi="Myriad Pro Light"/>
          <w:lang w:val="es-CO"/>
        </w:rPr>
        <w:t xml:space="preserve"> True Original” Galería Darte Social - Fundación Corazón Verde, Bogotá, Colombia.</w:t>
      </w:r>
    </w:p>
    <w:p w:rsidRPr="00CF69BA" w:rsidR="00CF69BA" w:rsidP="00486D07" w:rsidRDefault="00CF69BA" w14:paraId="4182849A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 xml:space="preserve">Feria de Arte </w:t>
      </w:r>
      <w:proofErr w:type="spellStart"/>
      <w:r w:rsidRPr="00CF69BA">
        <w:rPr>
          <w:rFonts w:ascii="Myriad Pro Light" w:hAnsi="Myriad Pro Light"/>
          <w:lang w:val="es-CO"/>
        </w:rPr>
        <w:t>Barcu</w:t>
      </w:r>
      <w:proofErr w:type="spellEnd"/>
      <w:r w:rsidRPr="00CF69BA">
        <w:rPr>
          <w:rFonts w:ascii="Myriad Pro Light" w:hAnsi="Myriad Pro Light"/>
          <w:lang w:val="es-CO"/>
        </w:rPr>
        <w:t>, Bogotá, Colombia.</w:t>
      </w:r>
    </w:p>
    <w:p w:rsidRPr="00CF69BA" w:rsidR="00CF69BA" w:rsidP="00486D07" w:rsidRDefault="00CF69BA" w14:paraId="4725E408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Circuito Arte Moda Bogotá – CAM, Bogotá D.C., Colombia.</w:t>
      </w:r>
    </w:p>
    <w:p w:rsidRPr="00CF69BA" w:rsidR="00CF69BA" w:rsidP="00CF69BA" w:rsidRDefault="0088577C" w14:paraId="13A9E9D1" w14:textId="3B621E52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2017</w:t>
      </w:r>
      <w:r w:rsidRPr="00486D07" w:rsidR="00486D07">
        <w:rPr>
          <w:rFonts w:ascii="Myriad Pro Light" w:hAnsi="Myriad Pro Light"/>
          <w:b/>
          <w:bCs/>
          <w:lang w:val="es-CO"/>
        </w:rPr>
        <w:tab/>
      </w:r>
      <w:r>
        <w:rPr>
          <w:rFonts w:ascii="Myriad Pro Light" w:hAnsi="Myriad Pro Light"/>
          <w:lang w:val="es-CO"/>
        </w:rPr>
        <w:t xml:space="preserve"> </w:t>
      </w:r>
      <w:r w:rsidRPr="00CF69BA" w:rsidR="00CF69BA">
        <w:rPr>
          <w:rFonts w:ascii="Myriad Pro Light" w:hAnsi="Myriad Pro Light"/>
          <w:lang w:val="es-CO"/>
        </w:rPr>
        <w:t>“</w:t>
      </w:r>
      <w:proofErr w:type="spellStart"/>
      <w:r w:rsidRPr="00CF69BA" w:rsidR="00CF69BA">
        <w:rPr>
          <w:rFonts w:ascii="Myriad Pro Light" w:hAnsi="Myriad Pro Light"/>
          <w:lang w:val="es-CO"/>
        </w:rPr>
        <w:t>Belt</w:t>
      </w:r>
      <w:proofErr w:type="spellEnd"/>
      <w:r w:rsidRPr="00CF69BA" w:rsidR="00CF69BA">
        <w:rPr>
          <w:rFonts w:ascii="Myriad Pro Light" w:hAnsi="Myriad Pro Light"/>
          <w:lang w:val="es-CO"/>
        </w:rPr>
        <w:t xml:space="preserve"> and Road”, Museo de arte de Taiyuan, Taiyuan, República Popular China.</w:t>
      </w:r>
    </w:p>
    <w:p w:rsidRPr="00CF69BA" w:rsidR="00CF69BA" w:rsidP="00486D07" w:rsidRDefault="00CF69BA" w14:paraId="787BA168" w14:textId="77777777">
      <w:pPr>
        <w:spacing w:after="0" w:line="240" w:lineRule="auto"/>
        <w:ind w:left="432" w:firstLine="432"/>
        <w:rPr>
          <w:rFonts w:ascii="Myriad Pro Light" w:hAnsi="Myriad Pro Light"/>
        </w:rPr>
      </w:pPr>
      <w:r w:rsidRPr="00CF69BA">
        <w:rPr>
          <w:rFonts w:ascii="Myriad Pro Light" w:hAnsi="Myriad Pro Light"/>
        </w:rPr>
        <w:t xml:space="preserve">“Chengdu International Sister Cities Sculpture”, </w:t>
      </w:r>
      <w:proofErr w:type="spellStart"/>
      <w:r w:rsidRPr="00CF69BA">
        <w:rPr>
          <w:rFonts w:ascii="Myriad Pro Light" w:hAnsi="Myriad Pro Light"/>
        </w:rPr>
        <w:t>Chengdú</w:t>
      </w:r>
      <w:proofErr w:type="spellEnd"/>
      <w:r w:rsidRPr="00CF69BA">
        <w:rPr>
          <w:rFonts w:ascii="Myriad Pro Light" w:hAnsi="Myriad Pro Light"/>
        </w:rPr>
        <w:t xml:space="preserve">, República Popular China. </w:t>
      </w:r>
    </w:p>
    <w:p w:rsidRPr="00CF69BA" w:rsidR="00CF69BA" w:rsidP="00486D07" w:rsidRDefault="00CF69BA" w14:paraId="39EC129C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Ceramic</w:t>
      </w:r>
      <w:proofErr w:type="spellEnd"/>
      <w:r w:rsidRPr="00CF69BA">
        <w:rPr>
          <w:rFonts w:ascii="Myriad Pro Light" w:hAnsi="Myriad Pro Light"/>
          <w:lang w:val="es-CO"/>
        </w:rPr>
        <w:t xml:space="preserve">” Museo de Arte de Boca </w:t>
      </w:r>
      <w:proofErr w:type="spellStart"/>
      <w:r w:rsidRPr="00CF69BA">
        <w:rPr>
          <w:rFonts w:ascii="Myriad Pro Light" w:hAnsi="Myriad Pro Light"/>
          <w:lang w:val="es-CO"/>
        </w:rPr>
        <w:t>Raton</w:t>
      </w:r>
      <w:proofErr w:type="spellEnd"/>
      <w:r w:rsidRPr="00CF69BA">
        <w:rPr>
          <w:rFonts w:ascii="Myriad Pro Light" w:hAnsi="Myriad Pro Light"/>
          <w:lang w:val="es-CO"/>
        </w:rPr>
        <w:t xml:space="preserve">, Boca </w:t>
      </w:r>
      <w:proofErr w:type="spellStart"/>
      <w:r w:rsidRPr="00CF69BA">
        <w:rPr>
          <w:rFonts w:ascii="Myriad Pro Light" w:hAnsi="Myriad Pro Light"/>
          <w:lang w:val="es-CO"/>
        </w:rPr>
        <w:t>Raton</w:t>
      </w:r>
      <w:proofErr w:type="spellEnd"/>
      <w:r w:rsidRPr="00CF69BA">
        <w:rPr>
          <w:rFonts w:ascii="Myriad Pro Light" w:hAnsi="Myriad Pro Light"/>
          <w:lang w:val="es-CO"/>
        </w:rPr>
        <w:t>, Florida, Estados Unidos.</w:t>
      </w:r>
    </w:p>
    <w:p w:rsidRPr="00CF69BA" w:rsidR="00CF69BA" w:rsidP="00486D07" w:rsidRDefault="0088577C" w14:paraId="3092C004" w14:textId="075CE227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445BDE4D" w:rsidR="0088577C">
        <w:rPr>
          <w:rFonts w:ascii="Myriad Pro Light" w:hAnsi="Myriad Pro Light"/>
          <w:b w:val="1"/>
          <w:bCs w:val="1"/>
          <w:lang w:val="es-CO"/>
        </w:rPr>
        <w:t>2015</w:t>
      </w:r>
      <w:r>
        <w:tab/>
      </w:r>
      <w:r w:rsidRPr="445BDE4D" w:rsidR="00CF69BA">
        <w:rPr>
          <w:rFonts w:ascii="Myriad Pro Light" w:hAnsi="Myriad Pro Light"/>
          <w:lang w:val="es-CO"/>
        </w:rPr>
        <w:t>“</w:t>
      </w:r>
      <w:r w:rsidRPr="445BDE4D" w:rsidR="00CF69BA">
        <w:rPr>
          <w:rFonts w:ascii="Myriad Pro Light" w:hAnsi="Myriad Pro Light"/>
          <w:lang w:val="es-CO"/>
        </w:rPr>
        <w:t>Colombian</w:t>
      </w:r>
      <w:r w:rsidRPr="445BDE4D" w:rsidR="00CF69BA">
        <w:rPr>
          <w:rFonts w:ascii="Myriad Pro Light" w:hAnsi="Myriad Pro Light"/>
          <w:lang w:val="es-CO"/>
        </w:rPr>
        <w:t xml:space="preserve"> </w:t>
      </w:r>
      <w:r w:rsidRPr="445BDE4D" w:rsidR="00CF69BA">
        <w:rPr>
          <w:rFonts w:ascii="Myriad Pro Light" w:hAnsi="Myriad Pro Light"/>
          <w:lang w:val="es-CO"/>
        </w:rPr>
        <w:t>Contemporary</w:t>
      </w:r>
      <w:r w:rsidRPr="445BDE4D" w:rsidR="00CF69BA">
        <w:rPr>
          <w:rFonts w:ascii="Myriad Pro Light" w:hAnsi="Myriad Pro Light"/>
          <w:lang w:val="es-CO"/>
        </w:rPr>
        <w:t xml:space="preserve"> Art”, Museo de Arte Riverside, Beijing, República Popular China.</w:t>
      </w:r>
    </w:p>
    <w:p w:rsidRPr="00CF69BA" w:rsidR="00CF69BA" w:rsidP="00486D07" w:rsidRDefault="00CF69BA" w14:paraId="08DD2F06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Mirarte” Galería Darte Social - Fundación Corazón Verde, Bogotá D.C., Colombia.</w:t>
      </w:r>
    </w:p>
    <w:p w:rsidRPr="00CF69BA" w:rsidR="00CF69BA" w:rsidP="00CF69BA" w:rsidRDefault="00A3019F" w14:paraId="2861BD4B" w14:textId="06B07AC2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2014</w:t>
      </w:r>
      <w:r w:rsidR="00486D07">
        <w:rPr>
          <w:rFonts w:ascii="Myriad Pro Light" w:hAnsi="Myriad Pro Light"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>ARTMED - Feria ART Medellín, Medellín, Colombia.</w:t>
      </w:r>
    </w:p>
    <w:p w:rsidRPr="00CF69BA" w:rsidR="00CF69BA" w:rsidP="00486D07" w:rsidRDefault="00CF69BA" w14:paraId="48A79DFE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Etchings</w:t>
      </w:r>
      <w:proofErr w:type="spellEnd"/>
      <w:r w:rsidRPr="00CF69BA">
        <w:rPr>
          <w:rFonts w:ascii="Myriad Pro Light" w:hAnsi="Myriad Pro Light"/>
          <w:lang w:val="es-CO"/>
        </w:rPr>
        <w:t xml:space="preserve"> and </w:t>
      </w:r>
      <w:proofErr w:type="spellStart"/>
      <w:r w:rsidRPr="00CF69BA">
        <w:rPr>
          <w:rFonts w:ascii="Myriad Pro Light" w:hAnsi="Myriad Pro Light"/>
          <w:lang w:val="es-CO"/>
        </w:rPr>
        <w:t>Drawings</w:t>
      </w:r>
      <w:proofErr w:type="spellEnd"/>
      <w:r w:rsidRPr="00CF69BA">
        <w:rPr>
          <w:rFonts w:ascii="Myriad Pro Light" w:hAnsi="Myriad Pro Light"/>
          <w:lang w:val="es-CO"/>
        </w:rPr>
        <w:t>” Grafos 2015, Bogotá D.C., Colombia</w:t>
      </w:r>
    </w:p>
    <w:p w:rsidRPr="00CF69BA" w:rsidR="00CF69BA" w:rsidP="00486D07" w:rsidRDefault="00CF69BA" w14:paraId="6164F881" w14:textId="77777777">
      <w:pPr>
        <w:spacing w:after="0" w:line="240" w:lineRule="auto"/>
        <w:ind w:left="864"/>
        <w:rPr>
          <w:rFonts w:ascii="Myriad Pro Light" w:hAnsi="Myriad Pro Light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Design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>
        <w:rPr>
          <w:rFonts w:ascii="Myriad Pro Light" w:hAnsi="Myriad Pro Light"/>
          <w:lang w:val="es-CO"/>
        </w:rPr>
        <w:t>Observatory</w:t>
      </w:r>
      <w:proofErr w:type="spellEnd"/>
      <w:r w:rsidRPr="00CF69BA">
        <w:rPr>
          <w:rFonts w:ascii="Myriad Pro Light" w:hAnsi="Myriad Pro Light"/>
          <w:lang w:val="es-CO"/>
        </w:rPr>
        <w:t xml:space="preserve">” Revista AXXIS Magazine y Banco Davivienda. </w:t>
      </w:r>
      <w:r w:rsidRPr="00CF69BA">
        <w:rPr>
          <w:rFonts w:ascii="Myriad Pro Light" w:hAnsi="Myriad Pro Light"/>
        </w:rPr>
        <w:t>Bogotá D.C., Colombia.</w:t>
      </w:r>
    </w:p>
    <w:p w:rsidRPr="00CF69BA" w:rsidR="00CF69BA" w:rsidP="00486D07" w:rsidRDefault="00A3019F" w14:paraId="799E67E4" w14:textId="4DBF6028">
      <w:pPr>
        <w:spacing w:after="0" w:line="240" w:lineRule="auto"/>
        <w:ind w:left="864" w:hanging="864"/>
        <w:rPr>
          <w:rFonts w:ascii="Myriad Pro Light" w:hAnsi="Myriad Pro Light"/>
        </w:rPr>
      </w:pPr>
      <w:r w:rsidRPr="1B879F1D" w:rsidR="00A3019F">
        <w:rPr>
          <w:rFonts w:ascii="Myriad Pro Light" w:hAnsi="Myriad Pro Light"/>
          <w:b w:val="1"/>
          <w:bCs w:val="1"/>
        </w:rPr>
        <w:t>2013</w:t>
      </w:r>
      <w:r>
        <w:tab/>
      </w:r>
      <w:r w:rsidRPr="1B879F1D" w:rsidR="00CF69BA">
        <w:rPr>
          <w:rFonts w:ascii="Myriad Pro Light" w:hAnsi="Myriad Pro Light"/>
        </w:rPr>
        <w:t>“</w:t>
      </w:r>
      <w:r w:rsidRPr="1B879F1D" w:rsidR="00CF69BA">
        <w:rPr>
          <w:rFonts w:ascii="Myriad Pro Light" w:hAnsi="Myriad Pro Light"/>
        </w:rPr>
        <w:t>First Exhibition of Utilitarian Art: Ceramics” (Work “</w:t>
      </w:r>
      <w:r w:rsidRPr="1B879F1D" w:rsidR="00CF69BA">
        <w:rPr>
          <w:rFonts w:ascii="Myriad Pro Light" w:hAnsi="Myriad Pro Light"/>
        </w:rPr>
        <w:t>Lætus</w:t>
      </w:r>
      <w:r w:rsidRPr="1B879F1D" w:rsidR="00CF69BA">
        <w:rPr>
          <w:rFonts w:ascii="Myriad Pro Light" w:hAnsi="Myriad Pro Light"/>
        </w:rPr>
        <w:t>”) Club El Nogal, Bogotá, Colombia.</w:t>
      </w:r>
    </w:p>
    <w:p w:rsidRPr="00CF69BA" w:rsidR="00CF69BA" w:rsidP="00486D07" w:rsidRDefault="00CF69BA" w14:paraId="4D049FC5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“Music” Orlando City Hall, Orlando, Florida, Estados Unidos.</w:t>
      </w:r>
    </w:p>
    <w:p w:rsidRPr="00CF69BA" w:rsidR="00CF69BA" w:rsidP="00CF69BA" w:rsidRDefault="00A3019F" w14:paraId="457231D7" w14:textId="36F5970C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2012</w:t>
      </w:r>
      <w:r w:rsidRPr="00486D07" w:rsidR="00486D07">
        <w:rPr>
          <w:rFonts w:ascii="Myriad Pro Light" w:hAnsi="Myriad Pro Light"/>
          <w:b/>
          <w:bCs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>“Maíz con Antonio Caro” Taller de Barichara, Barichara, Santander, Colombia.</w:t>
      </w:r>
    </w:p>
    <w:p w:rsidRPr="00CF69BA" w:rsidR="00CF69BA" w:rsidP="00486D07" w:rsidRDefault="00CF69BA" w14:paraId="48EEE6D0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Group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gramStart"/>
      <w:r w:rsidRPr="00CF69BA">
        <w:rPr>
          <w:rFonts w:ascii="Myriad Pro Light" w:hAnsi="Myriad Pro Light"/>
          <w:lang w:val="es-CO"/>
        </w:rPr>
        <w:t>Show</w:t>
      </w:r>
      <w:proofErr w:type="gramEnd"/>
      <w:r w:rsidRPr="00CF69BA">
        <w:rPr>
          <w:rFonts w:ascii="Myriad Pro Light" w:hAnsi="Myriad Pro Light"/>
          <w:lang w:val="es-CO"/>
        </w:rPr>
        <w:t>” Galería Casa Cuadrada, Bogotá D.C., Colombia</w:t>
      </w:r>
    </w:p>
    <w:p w:rsidRPr="00CF69BA" w:rsidR="00CF69BA" w:rsidP="00486D07" w:rsidRDefault="00CF69BA" w14:paraId="10198E03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Latin</w:t>
      </w:r>
      <w:proofErr w:type="spellEnd"/>
      <w:r w:rsidRPr="00CF69BA">
        <w:rPr>
          <w:rFonts w:ascii="Myriad Pro Light" w:hAnsi="Myriad Pro Light"/>
          <w:lang w:val="es-CO"/>
        </w:rPr>
        <w:t xml:space="preserve"> American Art </w:t>
      </w:r>
      <w:proofErr w:type="spellStart"/>
      <w:r w:rsidRPr="00CF69BA">
        <w:rPr>
          <w:rFonts w:ascii="Myriad Pro Light" w:hAnsi="Myriad Pro Light"/>
          <w:lang w:val="es-CO"/>
        </w:rPr>
        <w:t>views</w:t>
      </w:r>
      <w:proofErr w:type="spellEnd"/>
      <w:r w:rsidRPr="00CF69BA">
        <w:rPr>
          <w:rFonts w:ascii="Myriad Pro Light" w:hAnsi="Myriad Pro Light"/>
          <w:lang w:val="es-CO"/>
        </w:rPr>
        <w:t xml:space="preserve"> 1950-2012” Museo de la Ciudad Imperial (BAMOIC), Beijing, República Popular de China</w:t>
      </w:r>
    </w:p>
    <w:p w:rsidRPr="00CF69BA" w:rsidR="00CF69BA" w:rsidP="00486D07" w:rsidRDefault="00CF69BA" w14:paraId="3F69B167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“Arte International” Galería Casa Cuadrada, Bogotá D.C., Colombia.</w:t>
      </w:r>
    </w:p>
    <w:p w:rsidRPr="00CF69BA" w:rsidR="00CF69BA" w:rsidP="00CF69BA" w:rsidRDefault="00A3019F" w14:paraId="54C78B9E" w14:textId="446D7A32">
      <w:pPr>
        <w:spacing w:after="0" w:line="240" w:lineRule="auto"/>
        <w:rPr>
          <w:rFonts w:ascii="Myriad Pro Light" w:hAnsi="Myriad Pro Light"/>
          <w:lang w:val="es-CO"/>
        </w:rPr>
      </w:pPr>
      <w:r w:rsidRPr="00486D07">
        <w:rPr>
          <w:rFonts w:ascii="Myriad Pro Light" w:hAnsi="Myriad Pro Light"/>
          <w:b/>
          <w:bCs/>
          <w:lang w:val="es-CO"/>
        </w:rPr>
        <w:t>201</w:t>
      </w:r>
      <w:r w:rsidRPr="00486D07" w:rsidR="00486D07">
        <w:rPr>
          <w:rFonts w:ascii="Myriad Pro Light" w:hAnsi="Myriad Pro Light"/>
          <w:b/>
          <w:bCs/>
          <w:lang w:val="es-CO"/>
        </w:rPr>
        <w:t>1</w:t>
      </w:r>
      <w:r w:rsidRPr="00486D07" w:rsidR="00486D07">
        <w:rPr>
          <w:rFonts w:ascii="Myriad Pro Light" w:hAnsi="Myriad Pro Light"/>
          <w:b/>
          <w:bCs/>
          <w:lang w:val="es-CO"/>
        </w:rPr>
        <w:tab/>
      </w:r>
      <w:r w:rsidRPr="00CF69BA" w:rsidR="00CF69BA">
        <w:rPr>
          <w:rFonts w:ascii="Myriad Pro Light" w:hAnsi="Myriad Pro Light"/>
          <w:lang w:val="es-CO"/>
        </w:rPr>
        <w:t xml:space="preserve">“A </w:t>
      </w:r>
      <w:proofErr w:type="spellStart"/>
      <w:r w:rsidRPr="00CF69BA" w:rsidR="00CF69BA">
        <w:rPr>
          <w:rFonts w:ascii="Myriad Pro Light" w:hAnsi="Myriad Pro Light"/>
          <w:lang w:val="es-CO"/>
        </w:rPr>
        <w:t>Night</w:t>
      </w:r>
      <w:proofErr w:type="spellEnd"/>
      <w:r w:rsidRPr="00CF69BA" w:rsid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 w:rsidR="00CF69BA">
        <w:rPr>
          <w:rFonts w:ascii="Myriad Pro Light" w:hAnsi="Myriad Pro Light"/>
          <w:lang w:val="es-CO"/>
        </w:rPr>
        <w:t>with</w:t>
      </w:r>
      <w:proofErr w:type="spellEnd"/>
      <w:r w:rsidRPr="00CF69BA" w:rsid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 w:rsidR="00CF69BA">
        <w:rPr>
          <w:rFonts w:ascii="Myriad Pro Light" w:hAnsi="Myriad Pro Light"/>
          <w:lang w:val="es-CO"/>
        </w:rPr>
        <w:t>the</w:t>
      </w:r>
      <w:proofErr w:type="spellEnd"/>
      <w:r w:rsidRPr="00CF69BA" w:rsidR="00CF69BA">
        <w:rPr>
          <w:rFonts w:ascii="Myriad Pro Light" w:hAnsi="Myriad Pro Light"/>
          <w:lang w:val="es-CO"/>
        </w:rPr>
        <w:t xml:space="preserve"> </w:t>
      </w:r>
      <w:proofErr w:type="spellStart"/>
      <w:r w:rsidRPr="00CF69BA" w:rsidR="00CF69BA">
        <w:rPr>
          <w:rFonts w:ascii="Myriad Pro Light" w:hAnsi="Myriad Pro Light"/>
          <w:lang w:val="es-CO"/>
        </w:rPr>
        <w:t>arts</w:t>
      </w:r>
      <w:proofErr w:type="spellEnd"/>
      <w:r w:rsidRPr="00CF69BA" w:rsidR="00CF69BA">
        <w:rPr>
          <w:rFonts w:ascii="Myriad Pro Light" w:hAnsi="Myriad Pro Light"/>
          <w:lang w:val="es-CO"/>
        </w:rPr>
        <w:t>”, Embajada de los Estados Unidos, Bogotá D.C., Colombia.</w:t>
      </w:r>
    </w:p>
    <w:p w:rsidRPr="00CF69BA" w:rsidR="00CF69BA" w:rsidP="00486D07" w:rsidRDefault="00CF69BA" w14:paraId="06440604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CF69BA">
        <w:rPr>
          <w:rFonts w:ascii="Myriad Pro Light" w:hAnsi="Myriad Pro Light"/>
          <w:lang w:val="es-CO"/>
        </w:rPr>
        <w:t>“</w:t>
      </w:r>
      <w:proofErr w:type="spellStart"/>
      <w:r w:rsidRPr="00CF69BA">
        <w:rPr>
          <w:rFonts w:ascii="Myriad Pro Light" w:hAnsi="Myriad Pro Light"/>
          <w:lang w:val="es-CO"/>
        </w:rPr>
        <w:t>Group</w:t>
      </w:r>
      <w:proofErr w:type="spellEnd"/>
      <w:r w:rsidRPr="00CF69BA">
        <w:rPr>
          <w:rFonts w:ascii="Myriad Pro Light" w:hAnsi="Myriad Pro Light"/>
          <w:lang w:val="es-CO"/>
        </w:rPr>
        <w:t xml:space="preserve"> </w:t>
      </w:r>
      <w:proofErr w:type="gramStart"/>
      <w:r w:rsidRPr="00CF69BA">
        <w:rPr>
          <w:rFonts w:ascii="Myriad Pro Light" w:hAnsi="Myriad Pro Light"/>
          <w:lang w:val="es-CO"/>
        </w:rPr>
        <w:t>Show</w:t>
      </w:r>
      <w:proofErr w:type="gramEnd"/>
      <w:r w:rsidRPr="00CF69BA">
        <w:rPr>
          <w:rFonts w:ascii="Myriad Pro Light" w:hAnsi="Myriad Pro Light"/>
          <w:lang w:val="es-CO"/>
        </w:rPr>
        <w:t>”, Galería Casa Cuadrada, Bogotá D.C., Colombia.</w:t>
      </w:r>
    </w:p>
    <w:p w:rsidR="00D8202A" w:rsidP="00486D07" w:rsidRDefault="00CF69BA" w14:paraId="4730357F" w14:textId="7AA78437">
      <w:pPr>
        <w:spacing w:after="0" w:line="240" w:lineRule="auto"/>
        <w:ind w:left="432" w:firstLine="432"/>
        <w:rPr>
          <w:rFonts w:ascii="Myriad Pro Light" w:hAnsi="Myriad Pro Light"/>
        </w:rPr>
      </w:pPr>
      <w:r w:rsidRPr="00CF69BA">
        <w:rPr>
          <w:rFonts w:ascii="Myriad Pro Light" w:hAnsi="Myriad Pro Light"/>
        </w:rPr>
        <w:t>“ART SHANGHAI”, Shanghai, República Popular de China.</w:t>
      </w:r>
    </w:p>
    <w:p w:rsidRPr="00D8202A" w:rsidR="00CF69BA" w:rsidP="00CF69BA" w:rsidRDefault="00CF69BA" w14:paraId="390D7709" w14:textId="77777777">
      <w:pPr>
        <w:spacing w:after="0" w:line="240" w:lineRule="auto"/>
        <w:rPr>
          <w:rFonts w:ascii="Myriad Pro Light" w:hAnsi="Myriad Pro Light"/>
        </w:rPr>
      </w:pPr>
    </w:p>
    <w:p w:rsidRPr="003444AF" w:rsidR="003444AF" w:rsidP="003444AF" w:rsidRDefault="003444AF" w14:paraId="0A2F1991" w14:textId="77777777">
      <w:pPr>
        <w:spacing w:after="0" w:line="240" w:lineRule="auto"/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</w:pPr>
      <w:r w:rsidRPr="003444AF"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  <w:t>Instalaciones en Espacio Público</w:t>
      </w:r>
    </w:p>
    <w:p w:rsidRPr="003444AF" w:rsidR="00D8202A" w:rsidP="00D8202A" w:rsidRDefault="00D8202A" w14:paraId="23CA0EB9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3444AF" w:rsidR="003444AF" w:rsidP="003444AF" w:rsidRDefault="003444AF" w14:paraId="6C8936E4" w14:textId="038BED53">
      <w:pPr>
        <w:spacing w:after="0" w:line="240" w:lineRule="auto"/>
        <w:rPr>
          <w:rFonts w:ascii="Myriad Pro Light" w:hAnsi="Myriad Pro Light"/>
          <w:lang w:val="es-CO"/>
        </w:rPr>
      </w:pPr>
      <w:r w:rsidRPr="445BDE4D" w:rsidR="003444AF">
        <w:rPr>
          <w:rFonts w:ascii="Myriad Pro Light" w:hAnsi="Myriad Pro Light"/>
          <w:b w:val="1"/>
          <w:bCs w:val="1"/>
          <w:lang w:val="es-CO"/>
        </w:rPr>
        <w:t>2024</w:t>
      </w:r>
      <w:r>
        <w:tab/>
      </w: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Temet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Nosce</w:t>
      </w:r>
      <w:r w:rsidRPr="445BDE4D" w:rsidR="003444AF">
        <w:rPr>
          <w:rFonts w:ascii="Myriad Pro Light" w:hAnsi="Myriad Pro Light"/>
          <w:lang w:val="es-CO"/>
        </w:rPr>
        <w:t xml:space="preserve">, </w:t>
      </w:r>
      <w:r w:rsidRPr="445BDE4D" w:rsidR="003444AF">
        <w:rPr>
          <w:rFonts w:ascii="Myriad Pro Light" w:hAnsi="Myriad Pro Light"/>
          <w:lang w:val="es-CO"/>
        </w:rPr>
        <w:t>variation</w:t>
      </w:r>
      <w:r w:rsidRPr="445BDE4D" w:rsidR="003444AF">
        <w:rPr>
          <w:rFonts w:ascii="Myriad Pro Light" w:hAnsi="Myriad Pro Light"/>
          <w:lang w:val="es-CO"/>
        </w:rPr>
        <w:t xml:space="preserve">”, 213 S </w:t>
      </w:r>
      <w:r w:rsidRPr="445BDE4D" w:rsidR="003444AF">
        <w:rPr>
          <w:rFonts w:ascii="Myriad Pro Light" w:hAnsi="Myriad Pro Light"/>
          <w:lang w:val="es-CO"/>
        </w:rPr>
        <w:t>Tremain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St</w:t>
      </w:r>
      <w:r w:rsidRPr="445BDE4D" w:rsidR="003444AF">
        <w:rPr>
          <w:rFonts w:ascii="Myriad Pro Light" w:hAnsi="Myriad Pro Light"/>
          <w:lang w:val="es-CO"/>
        </w:rPr>
        <w:t>, Mount Dora, Florida, Estados Unidos</w:t>
      </w:r>
    </w:p>
    <w:p w:rsidRPr="003444AF" w:rsidR="003444AF" w:rsidP="0011308C" w:rsidRDefault="003444AF" w14:paraId="670BAB6F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Intus</w:t>
      </w:r>
      <w:r w:rsidRPr="445BDE4D" w:rsidR="003444AF">
        <w:rPr>
          <w:rFonts w:ascii="Myriad Pro Light" w:hAnsi="Myriad Pro Light"/>
          <w:lang w:val="es-CO"/>
        </w:rPr>
        <w:t>”,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Colombiatex</w:t>
      </w:r>
      <w:r w:rsidRPr="445BDE4D" w:rsidR="003444AF">
        <w:rPr>
          <w:rFonts w:ascii="Myriad Pro Light" w:hAnsi="Myriad Pro Light"/>
          <w:lang w:val="es-CO"/>
        </w:rPr>
        <w:t xml:space="preserve"> 2024, Plaza Mayor, Medellín, Colombia.</w:t>
      </w:r>
    </w:p>
    <w:p w:rsidRPr="003444AF" w:rsidR="003444AF" w:rsidP="003444AF" w:rsidRDefault="003444AF" w14:paraId="45BC9CA9" w14:textId="2A1C2B8C">
      <w:pPr>
        <w:spacing w:after="0" w:line="240" w:lineRule="auto"/>
        <w:rPr>
          <w:rFonts w:ascii="Myriad Pro Light" w:hAnsi="Myriad Pro Light"/>
        </w:rPr>
      </w:pPr>
      <w:r>
        <w:rPr>
          <w:rFonts w:ascii="Myriad Pro Light" w:hAnsi="Myriad Pro Light"/>
          <w:b/>
          <w:bCs/>
        </w:rPr>
        <w:t>2023</w:t>
      </w:r>
      <w:r w:rsidR="0011308C">
        <w:rPr>
          <w:rFonts w:ascii="Myriad Pro Light" w:hAnsi="Myriad Pro Light"/>
          <w:b/>
          <w:bCs/>
        </w:rPr>
        <w:tab/>
      </w:r>
      <w:r w:rsidRPr="003444AF">
        <w:rPr>
          <w:rFonts w:ascii="Myriad Pro Light" w:hAnsi="Myriad Pro Light"/>
        </w:rPr>
        <w:t xml:space="preserve">“Prima Luce”, Walk of Art Sculpture Park, Elk Rapids, Michigan, </w:t>
      </w:r>
      <w:proofErr w:type="spellStart"/>
      <w:r w:rsidRPr="003444AF">
        <w:rPr>
          <w:rFonts w:ascii="Myriad Pro Light" w:hAnsi="Myriad Pro Light"/>
        </w:rPr>
        <w:t>Estados</w:t>
      </w:r>
      <w:proofErr w:type="spellEnd"/>
      <w:r w:rsidRPr="003444AF">
        <w:rPr>
          <w:rFonts w:ascii="Myriad Pro Light" w:hAnsi="Myriad Pro Light"/>
        </w:rPr>
        <w:t xml:space="preserve"> Unidos.</w:t>
      </w:r>
    </w:p>
    <w:p w:rsidRPr="003444AF" w:rsidR="003444AF" w:rsidP="0011308C" w:rsidRDefault="003444AF" w14:paraId="6FD2E957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Intus</w:t>
      </w:r>
      <w:r w:rsidRPr="445BDE4D" w:rsidR="003444AF">
        <w:rPr>
          <w:rFonts w:ascii="Myriad Pro Light" w:hAnsi="Myriad Pro Light"/>
          <w:lang w:val="es-CO"/>
        </w:rPr>
        <w:t>”,</w:t>
      </w:r>
      <w:r w:rsidRPr="445BDE4D" w:rsidR="003444AF">
        <w:rPr>
          <w:rFonts w:ascii="Myriad Pro Light" w:hAnsi="Myriad Pro Light"/>
          <w:lang w:val="es-CO"/>
        </w:rPr>
        <w:t xml:space="preserve"> “</w:t>
      </w:r>
      <w:r w:rsidRPr="445BDE4D" w:rsidR="003444AF">
        <w:rPr>
          <w:rFonts w:ascii="Myriad Pro Light" w:hAnsi="Myriad Pro Light"/>
          <w:lang w:val="es-CO"/>
        </w:rPr>
        <w:t>Sculpture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on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the</w:t>
      </w:r>
      <w:r w:rsidRPr="445BDE4D" w:rsidR="003444AF">
        <w:rPr>
          <w:rFonts w:ascii="Myriad Pro Light" w:hAnsi="Myriad Pro Light"/>
          <w:lang w:val="es-CO"/>
        </w:rPr>
        <w:t xml:space="preserve"> </w:t>
      </w:r>
      <w:r w:rsidRPr="445BDE4D" w:rsidR="003444AF">
        <w:rPr>
          <w:rFonts w:ascii="Myriad Pro Light" w:hAnsi="Myriad Pro Light"/>
          <w:lang w:val="es-CO"/>
        </w:rPr>
        <w:t>Lawn</w:t>
      </w: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, Centro Administrativo del Orange County, Orlando, Florida, Estados Unidos.</w:t>
      </w:r>
    </w:p>
    <w:p w:rsidRPr="003444AF" w:rsidR="003444AF" w:rsidP="0011308C" w:rsidRDefault="003444AF" w14:paraId="094EA8AB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3444AF">
        <w:rPr>
          <w:rFonts w:ascii="Myriad Pro Light" w:hAnsi="Myriad Pro Light"/>
          <w:lang w:val="es-CO"/>
        </w:rPr>
        <w:t>“</w:t>
      </w:r>
      <w:proofErr w:type="spellStart"/>
      <w:r w:rsidRPr="003444AF">
        <w:rPr>
          <w:rFonts w:ascii="Myriad Pro Light" w:hAnsi="Myriad Pro Light"/>
          <w:lang w:val="es-CO"/>
        </w:rPr>
        <w:t>Intus</w:t>
      </w:r>
      <w:proofErr w:type="spellEnd"/>
      <w:r w:rsidRPr="003444AF">
        <w:rPr>
          <w:rFonts w:ascii="Myriad Pro Light" w:hAnsi="Myriad Pro Light"/>
          <w:lang w:val="es-CO"/>
        </w:rPr>
        <w:t>”, Cumbre Latinoamericana de la Economía Creativa, +CTG, Cartagena, Colombia.</w:t>
      </w:r>
    </w:p>
    <w:p w:rsidRPr="003444AF" w:rsidR="003444AF" w:rsidP="0011308C" w:rsidRDefault="003444AF" w14:paraId="29A9578D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3444AF">
        <w:rPr>
          <w:rFonts w:ascii="Myriad Pro Light" w:hAnsi="Myriad Pro Light"/>
          <w:lang w:val="es-CO"/>
        </w:rPr>
        <w:t>“Dualidades del Alma”, Corredor principal del Campus de la Universidad Pontificia Bolivariana, UPB, Medellín, Colombia.</w:t>
      </w:r>
    </w:p>
    <w:p w:rsidRPr="003444AF" w:rsidR="003444AF" w:rsidP="0011308C" w:rsidRDefault="003444AF" w14:paraId="6090953C" w14:textId="77777777">
      <w:pPr>
        <w:spacing w:after="0" w:line="240" w:lineRule="auto"/>
        <w:ind w:left="864"/>
        <w:rPr>
          <w:rFonts w:ascii="Myriad Pro Light" w:hAnsi="Myriad Pro Light"/>
        </w:rPr>
      </w:pPr>
      <w:r w:rsidRPr="003444AF">
        <w:rPr>
          <w:rFonts w:ascii="Myriad Pro Light" w:hAnsi="Myriad Pro Light"/>
        </w:rPr>
        <w:t xml:space="preserve">“Dum Spiro Spero”, 199 Downing St, Jane´s Art Center, New Smyrna Beach, Florida, </w:t>
      </w:r>
      <w:proofErr w:type="spellStart"/>
      <w:r w:rsidRPr="003444AF">
        <w:rPr>
          <w:rFonts w:ascii="Myriad Pro Light" w:hAnsi="Myriad Pro Light"/>
        </w:rPr>
        <w:t>Estados</w:t>
      </w:r>
      <w:proofErr w:type="spellEnd"/>
      <w:r w:rsidRPr="003444AF">
        <w:rPr>
          <w:rFonts w:ascii="Myriad Pro Light" w:hAnsi="Myriad Pro Light"/>
        </w:rPr>
        <w:t xml:space="preserve"> Unidos</w:t>
      </w:r>
    </w:p>
    <w:p w:rsidRPr="003444AF" w:rsidR="003444AF" w:rsidP="0011308C" w:rsidRDefault="0074024D" w14:paraId="25BA16E9" w14:textId="15BF5BA6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0074024D">
        <w:rPr>
          <w:rFonts w:ascii="Myriad Pro Light" w:hAnsi="Myriad Pro Light"/>
          <w:b/>
          <w:bCs/>
          <w:lang w:val="es-CO"/>
        </w:rPr>
        <w:t>2019</w:t>
      </w:r>
      <w:r w:rsidR="0011308C"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 xml:space="preserve">“Escultura en honor al </w:t>
      </w:r>
      <w:proofErr w:type="gramStart"/>
      <w:r w:rsidRPr="003444AF" w:rsidR="003444AF">
        <w:rPr>
          <w:rFonts w:ascii="Myriad Pro Light" w:hAnsi="Myriad Pro Light"/>
          <w:lang w:val="es-CO"/>
        </w:rPr>
        <w:t>ex presidente</w:t>
      </w:r>
      <w:proofErr w:type="gramEnd"/>
      <w:r w:rsidRPr="003444AF" w:rsidR="003444AF">
        <w:rPr>
          <w:rFonts w:ascii="Myriad Pro Light" w:hAnsi="Myriad Pro Light"/>
          <w:lang w:val="es-CO"/>
        </w:rPr>
        <w:t xml:space="preserve"> Belisario Betancur”, Plaza principal, Barichara, Santander, Colombia.</w:t>
      </w:r>
    </w:p>
    <w:p w:rsidRPr="003444AF" w:rsidR="003444AF" w:rsidP="0011308C" w:rsidRDefault="001A273D" w14:paraId="6F0DA2A3" w14:textId="692BB536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2018</w:t>
      </w:r>
      <w:r w:rsidR="0011308C"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 xml:space="preserve">“Ágora” Carrera 7ma, frente al Museo Nacional de </w:t>
      </w:r>
      <w:proofErr w:type="gramStart"/>
      <w:r w:rsidRPr="003444AF" w:rsidR="003444AF">
        <w:rPr>
          <w:rFonts w:ascii="Myriad Pro Light" w:hAnsi="Myriad Pro Light"/>
          <w:lang w:val="es-CO"/>
        </w:rPr>
        <w:t>Colombia,  Circuito</w:t>
      </w:r>
      <w:proofErr w:type="gramEnd"/>
      <w:r w:rsidRPr="003444AF" w:rsidR="003444AF">
        <w:rPr>
          <w:rFonts w:ascii="Myriad Pro Light" w:hAnsi="Myriad Pro Light"/>
          <w:lang w:val="es-CO"/>
        </w:rPr>
        <w:t xml:space="preserve"> Arte Moda – CAM. Bogotá, Colombia</w:t>
      </w:r>
    </w:p>
    <w:p w:rsidRPr="003444AF" w:rsidR="003444AF" w:rsidP="003444AF" w:rsidRDefault="001A273D" w14:paraId="792537AE" w14:textId="4CD3C483">
      <w:pPr>
        <w:spacing w:after="0" w:line="240" w:lineRule="auto"/>
        <w:rPr>
          <w:rFonts w:ascii="Myriad Pro Light" w:hAnsi="Myriad Pro Light"/>
          <w:lang w:val="es-CO"/>
        </w:rPr>
      </w:pPr>
      <w:r w:rsidRPr="445BDE4D" w:rsidR="001A273D">
        <w:rPr>
          <w:rFonts w:ascii="Myriad Pro Light" w:hAnsi="Myriad Pro Light"/>
          <w:b w:val="1"/>
          <w:bCs w:val="1"/>
          <w:lang w:val="es-CO"/>
        </w:rPr>
        <w:t>2015</w:t>
      </w:r>
      <w:r>
        <w:tab/>
      </w: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Stabat</w:t>
      </w:r>
      <w:r w:rsidRPr="445BDE4D" w:rsidR="003444AF">
        <w:rPr>
          <w:rFonts w:ascii="Myriad Pro Light" w:hAnsi="Myriad Pro Light"/>
          <w:lang w:val="es-CO"/>
        </w:rPr>
        <w:t xml:space="preserve"> Mater”, Parque de la 93, Bogotá, Colombia</w:t>
      </w:r>
    </w:p>
    <w:p w:rsidRPr="003444AF" w:rsidR="003444AF" w:rsidP="003444AF" w:rsidRDefault="0011308C" w14:paraId="23D600C7" w14:textId="7326C501">
      <w:pPr>
        <w:spacing w:after="0" w:line="240" w:lineRule="auto"/>
        <w:rPr>
          <w:rFonts w:ascii="Myriad Pro Light" w:hAnsi="Myriad Pro Light"/>
          <w:lang w:val="es-CO"/>
        </w:rPr>
      </w:pPr>
      <w:r w:rsidRPr="0011308C">
        <w:rPr>
          <w:rFonts w:ascii="Myriad Pro Light" w:hAnsi="Myriad Pro Light"/>
          <w:b/>
          <w:bCs/>
          <w:lang w:val="es-CO"/>
        </w:rPr>
        <w:t>2013</w:t>
      </w:r>
      <w:r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>“Ágora” Calle 83 con 11, Plazoleta exterior Centro Comercial Andino, Bogotá, Colombia.</w:t>
      </w:r>
    </w:p>
    <w:p w:rsidRPr="003444AF" w:rsidR="003444AF" w:rsidP="1B879F1D" w:rsidRDefault="0011308C" w14:paraId="33577024" w14:textId="793A85EF">
      <w:pPr>
        <w:spacing w:after="0" w:line="240" w:lineRule="auto"/>
        <w:rPr>
          <w:rFonts w:ascii="Myriad Pro Light" w:hAnsi="Myriad Pro Light"/>
          <w:lang w:val="es-CO"/>
        </w:rPr>
      </w:pPr>
      <w:r w:rsidRPr="1B879F1D" w:rsidR="0011308C">
        <w:rPr>
          <w:rFonts w:ascii="Myriad Pro Light" w:hAnsi="Myriad Pro Light"/>
          <w:b w:val="1"/>
          <w:bCs w:val="1"/>
          <w:lang w:val="es-CO"/>
        </w:rPr>
        <w:t>2012</w:t>
      </w:r>
      <w:r>
        <w:tab/>
      </w:r>
      <w:r w:rsidRPr="1B879F1D" w:rsidR="003444AF">
        <w:rPr>
          <w:rFonts w:ascii="Myriad Pro Light" w:hAnsi="Myriad Pro Light"/>
          <w:lang w:val="es-CO"/>
        </w:rPr>
        <w:t xml:space="preserve">“Ágora”, Carrera 7ma con 84, Plazoleta exterior, Galería Casa Cuadrada, Bogotá, </w:t>
      </w:r>
      <w:r>
        <w:tab/>
      </w:r>
    </w:p>
    <w:p w:rsidRPr="003444AF" w:rsidR="003444AF" w:rsidP="1B879F1D" w:rsidRDefault="0011308C" w14:paraId="63E8A1CA" w14:textId="38C55534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1B879F1D" w:rsidR="003444AF">
        <w:rPr>
          <w:rFonts w:ascii="Myriad Pro Light" w:hAnsi="Myriad Pro Light"/>
          <w:lang w:val="es-CO"/>
        </w:rPr>
        <w:t>C</w:t>
      </w:r>
      <w:r w:rsidRPr="1B879F1D" w:rsidR="003444AF">
        <w:rPr>
          <w:rFonts w:ascii="Myriad Pro Light" w:hAnsi="Myriad Pro Light"/>
          <w:lang w:val="es-CO"/>
        </w:rPr>
        <w:t>olombia.</w:t>
      </w:r>
    </w:p>
    <w:p w:rsidRPr="003444AF" w:rsidR="003444AF" w:rsidP="003444AF" w:rsidRDefault="0011308C" w14:paraId="6E93B7DE" w14:textId="6701A0E6">
      <w:pPr>
        <w:spacing w:after="0" w:line="240" w:lineRule="auto"/>
        <w:rPr>
          <w:rFonts w:ascii="Myriad Pro Light" w:hAnsi="Myriad Pro Light"/>
          <w:lang w:val="es-CO"/>
        </w:rPr>
      </w:pPr>
      <w:r w:rsidRPr="0011308C">
        <w:rPr>
          <w:rFonts w:ascii="Myriad Pro Light" w:hAnsi="Myriad Pro Light"/>
          <w:b/>
          <w:bCs/>
          <w:lang w:val="es-CO"/>
        </w:rPr>
        <w:t>2011</w:t>
      </w:r>
      <w:r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>“ICHTHYS”, Parque de la 93, Bogotá, Colombia.</w:t>
      </w:r>
    </w:p>
    <w:p w:rsidRPr="003444AF" w:rsidR="003444AF" w:rsidP="003444AF" w:rsidRDefault="0011308C" w14:paraId="3401B8A9" w14:textId="448692E3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2010</w:t>
      </w:r>
      <w:r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>“Ágora”, Plazoleta del Capitolio Nacional de Colombia, Bogotá, Colombia.</w:t>
      </w:r>
    </w:p>
    <w:p w:rsidRPr="003444AF" w:rsidR="003444AF" w:rsidP="003444AF" w:rsidRDefault="0011308C" w14:paraId="4115EC5C" w14:textId="79BDE78D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2009</w:t>
      </w:r>
      <w:r>
        <w:rPr>
          <w:rFonts w:ascii="Myriad Pro Light" w:hAnsi="Myriad Pro Light"/>
          <w:b/>
          <w:bCs/>
          <w:lang w:val="es-CO"/>
        </w:rPr>
        <w:tab/>
      </w:r>
      <w:r w:rsidRPr="003444AF" w:rsidR="003444AF">
        <w:rPr>
          <w:rFonts w:ascii="Myriad Pro Light" w:hAnsi="Myriad Pro Light"/>
          <w:lang w:val="es-CO"/>
        </w:rPr>
        <w:t>“Ventana”, Plaza de Bolívar, Bogotá, Colombia.</w:t>
      </w:r>
    </w:p>
    <w:p w:rsidRPr="003444AF" w:rsidR="003444AF" w:rsidP="0011308C" w:rsidRDefault="003444AF" w14:paraId="01194B69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3444AF">
        <w:rPr>
          <w:rFonts w:ascii="Myriad Pro Light" w:hAnsi="Myriad Pro Light"/>
          <w:lang w:val="es-CO"/>
        </w:rPr>
        <w:t>“Ventana”, Parque de la 93, Bogotá, Colombia.</w:t>
      </w:r>
    </w:p>
    <w:p w:rsidRPr="003444AF" w:rsidR="003444AF" w:rsidP="0011308C" w:rsidRDefault="003444AF" w14:paraId="426EA149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3444AF">
        <w:rPr>
          <w:rFonts w:ascii="Myriad Pro Light" w:hAnsi="Myriad Pro Light"/>
          <w:lang w:val="es-CO"/>
        </w:rPr>
        <w:t>“Ventana”, Calle T, Bogotá, Colombia.</w:t>
      </w:r>
    </w:p>
    <w:p w:rsidRPr="003444AF" w:rsidR="003444AF" w:rsidP="003444AF" w:rsidRDefault="0011308C" w14:paraId="292E3275" w14:textId="05690B4E">
      <w:pPr>
        <w:spacing w:after="0" w:line="240" w:lineRule="auto"/>
        <w:rPr>
          <w:rFonts w:ascii="Myriad Pro Light" w:hAnsi="Myriad Pro Light"/>
          <w:lang w:val="es-CO"/>
        </w:rPr>
      </w:pPr>
      <w:r w:rsidRPr="445BDE4D" w:rsidR="0011308C">
        <w:rPr>
          <w:rFonts w:ascii="Myriad Pro Light" w:hAnsi="Myriad Pro Light"/>
          <w:b w:val="1"/>
          <w:bCs w:val="1"/>
          <w:lang w:val="es-CO"/>
        </w:rPr>
        <w:t>2007</w:t>
      </w:r>
      <w:r>
        <w:tab/>
      </w: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Misereré</w:t>
      </w:r>
      <w:r w:rsidRPr="445BDE4D" w:rsidR="003444AF">
        <w:rPr>
          <w:rFonts w:ascii="Myriad Pro Light" w:hAnsi="Myriad Pro Light"/>
          <w:lang w:val="es-CO"/>
        </w:rPr>
        <w:t>”, Plaza de Bolívar, Bogotá, Colombia.</w:t>
      </w:r>
    </w:p>
    <w:p w:rsidRPr="003444AF" w:rsidR="003444AF" w:rsidP="003444AF" w:rsidRDefault="0011308C" w14:paraId="6C5275A3" w14:textId="29E36536">
      <w:pPr>
        <w:spacing w:after="0" w:line="240" w:lineRule="auto"/>
        <w:rPr>
          <w:rFonts w:ascii="Myriad Pro Light" w:hAnsi="Myriad Pro Light"/>
          <w:lang w:val="es-CO"/>
        </w:rPr>
      </w:pPr>
      <w:r w:rsidRPr="445BDE4D" w:rsidR="0011308C">
        <w:rPr>
          <w:rFonts w:ascii="Myriad Pro Light" w:hAnsi="Myriad Pro Light"/>
          <w:b w:val="1"/>
          <w:bCs w:val="1"/>
          <w:lang w:val="es-CO"/>
        </w:rPr>
        <w:t>2004</w:t>
      </w:r>
      <w:r>
        <w:tab/>
      </w:r>
      <w:r w:rsidRPr="445BDE4D" w:rsidR="003444AF">
        <w:rPr>
          <w:rFonts w:ascii="Myriad Pro Light" w:hAnsi="Myriad Pro Light"/>
          <w:lang w:val="es-CO"/>
        </w:rPr>
        <w:t>“</w:t>
      </w:r>
      <w:r w:rsidRPr="445BDE4D" w:rsidR="003444AF">
        <w:rPr>
          <w:rFonts w:ascii="Myriad Pro Light" w:hAnsi="Myriad Pro Light"/>
          <w:lang w:val="es-CO"/>
        </w:rPr>
        <w:t>Misereré</w:t>
      </w:r>
      <w:r w:rsidRPr="445BDE4D" w:rsidR="003444AF">
        <w:rPr>
          <w:rFonts w:ascii="Myriad Pro Light" w:hAnsi="Myriad Pro Light"/>
          <w:lang w:val="es-CO"/>
        </w:rPr>
        <w:t>”, Parque de la 93, Bogotá, Colombia.</w:t>
      </w:r>
    </w:p>
    <w:p w:rsidR="00D8202A" w:rsidP="0011308C" w:rsidRDefault="003444AF" w14:paraId="3659C5E1" w14:textId="3277E4D4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3444AF">
        <w:rPr>
          <w:rFonts w:ascii="Myriad Pro Light" w:hAnsi="Myriad Pro Light"/>
          <w:lang w:val="es-CO"/>
        </w:rPr>
        <w:t>“Origami” Plaza de Bolívar, Bogotá, Colombia.</w:t>
      </w:r>
    </w:p>
    <w:p w:rsidR="00A534AB" w:rsidP="008E62CB" w:rsidRDefault="008E62CB" w14:paraId="3350DF53" w14:textId="0E535AFE">
      <w:pPr>
        <w:pStyle w:val="Heading2"/>
        <w:numPr>
          <w:ilvl w:val="0"/>
          <w:numId w:val="0"/>
        </w:numPr>
        <w:spacing w:line="240" w:lineRule="auto"/>
        <w:rPr>
          <w:rFonts w:ascii="Myriad Pro Light" w:hAnsi="Myriad Pro Light"/>
        </w:rPr>
      </w:pPr>
      <w:proofErr w:type="spellStart"/>
      <w:r w:rsidRPr="008E62CB">
        <w:rPr>
          <w:rFonts w:ascii="Myriad Pro Light" w:hAnsi="Myriad Pro Light"/>
        </w:rPr>
        <w:t>Subastas</w:t>
      </w:r>
      <w:proofErr w:type="spellEnd"/>
    </w:p>
    <w:p w:rsidR="00D8202A" w:rsidP="00D8202A" w:rsidRDefault="00D8202A" w14:paraId="742EE314" w14:textId="77777777">
      <w:pPr>
        <w:spacing w:after="0" w:line="240" w:lineRule="auto"/>
        <w:rPr>
          <w:rFonts w:ascii="Myriad Pro Light" w:hAnsi="Myriad Pro Light"/>
        </w:rPr>
      </w:pPr>
    </w:p>
    <w:p w:rsidRPr="000E71A3" w:rsidR="000E71A3" w:rsidP="000E71A3" w:rsidRDefault="000E71A3" w14:paraId="0794D2B0" w14:textId="7CA4A059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2023</w:t>
      </w:r>
      <w:r w:rsidR="003B4676"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>
        <w:rPr>
          <w:rFonts w:ascii="Myriad Pro Light" w:hAnsi="Myriad Pro Light"/>
          <w:lang w:val="es-CO"/>
        </w:rPr>
        <w:t>Subasta</w:t>
      </w:r>
      <w:proofErr w:type="gramEnd"/>
      <w:r w:rsidRPr="000E71A3">
        <w:rPr>
          <w:rFonts w:ascii="Myriad Pro Light" w:hAnsi="Myriad Pro Light"/>
          <w:lang w:val="es-CO"/>
        </w:rPr>
        <w:t xml:space="preserve"> Pro- Catedral Basílica Metropolitana, Medellín, Colombia. </w:t>
      </w:r>
    </w:p>
    <w:p w:rsidRPr="000E71A3" w:rsidR="000E71A3" w:rsidP="1B879F1D" w:rsidRDefault="000E71A3" w14:paraId="052ECAF1" w14:textId="68C2A197">
      <w:pPr>
        <w:spacing w:after="0" w:line="240" w:lineRule="auto"/>
        <w:rPr>
          <w:rFonts w:ascii="Myriad Pro Light" w:hAnsi="Myriad Pro Light"/>
          <w:lang w:val="es-CO"/>
        </w:rPr>
      </w:pPr>
      <w:r w:rsidRPr="1B879F1D" w:rsidR="000E71A3">
        <w:rPr>
          <w:rFonts w:ascii="Myriad Pro Light" w:hAnsi="Myriad Pro Light"/>
          <w:b w:val="1"/>
          <w:bCs w:val="1"/>
          <w:lang w:val="es-CO"/>
        </w:rPr>
        <w:t>2020</w:t>
      </w:r>
      <w:r>
        <w:tab/>
      </w:r>
      <w:r w:rsidRPr="1B879F1D" w:rsidR="000E71A3">
        <w:rPr>
          <w:rFonts w:ascii="Myriad Pro Light" w:hAnsi="Myriad Pro Light"/>
          <w:lang w:val="es-CO"/>
        </w:rPr>
        <w:t>Subasta</w:t>
      </w:r>
      <w:r w:rsidRPr="1B879F1D" w:rsidR="000E71A3">
        <w:rPr>
          <w:rFonts w:ascii="Myriad Pro Light" w:hAnsi="Myriad Pro Light"/>
          <w:lang w:val="es-CO"/>
        </w:rPr>
        <w:t xml:space="preserve"> Museo Nacional de Colombia, Asociación Amigos del Museo, Bogotá, </w:t>
      </w:r>
      <w:r>
        <w:tab/>
      </w:r>
      <w:r w:rsidRPr="1B879F1D" w:rsidR="65C0EB46">
        <w:rPr>
          <w:rFonts w:ascii="Myriad Pro Light" w:hAnsi="Myriad Pro Light"/>
          <w:lang w:val="es-CO"/>
        </w:rPr>
        <w:t xml:space="preserve"> </w:t>
      </w:r>
    </w:p>
    <w:p w:rsidRPr="000E71A3" w:rsidR="000E71A3" w:rsidP="1B879F1D" w:rsidRDefault="000E71A3" w14:paraId="73636BA6" w14:textId="26295C62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1B879F1D" w:rsidR="000E71A3">
        <w:rPr>
          <w:rFonts w:ascii="Myriad Pro Light" w:hAnsi="Myriad Pro Light"/>
          <w:lang w:val="es-CO"/>
        </w:rPr>
        <w:t xml:space="preserve">Colombia. </w:t>
      </w:r>
    </w:p>
    <w:p w:rsidRPr="000E71A3" w:rsidR="000E71A3" w:rsidP="1B879F1D" w:rsidRDefault="000E71A3" w14:paraId="0BF82194" w14:textId="41A0A833">
      <w:pPr>
        <w:spacing w:after="0" w:line="240" w:lineRule="auto"/>
        <w:rPr>
          <w:rFonts w:ascii="Myriad Pro Light" w:hAnsi="Myriad Pro Light"/>
          <w:lang w:val="es-CO"/>
        </w:rPr>
      </w:pPr>
      <w:r w:rsidRPr="1B879F1D" w:rsidR="000E71A3">
        <w:rPr>
          <w:rFonts w:ascii="Myriad Pro Light" w:hAnsi="Myriad Pro Light"/>
          <w:b w:val="1"/>
          <w:bCs w:val="1"/>
          <w:lang w:val="es-CO"/>
        </w:rPr>
        <w:t>2019</w:t>
      </w:r>
      <w:r>
        <w:tab/>
      </w:r>
      <w:r w:rsidRPr="1B879F1D" w:rsidR="000E71A3">
        <w:rPr>
          <w:rFonts w:ascii="Myriad Pro Light" w:hAnsi="Myriad Pro Light"/>
          <w:lang w:val="es-CO"/>
        </w:rPr>
        <w:t>Subasta</w:t>
      </w:r>
      <w:r w:rsidRPr="1B879F1D" w:rsidR="000E71A3">
        <w:rPr>
          <w:rFonts w:ascii="Myriad Pro Light" w:hAnsi="Myriad Pro Light"/>
          <w:lang w:val="es-CO"/>
        </w:rPr>
        <w:t xml:space="preserve"> Museo Nacional de Colombia, Asociación Amigos del Museo, Bogotá, </w:t>
      </w:r>
    </w:p>
    <w:p w:rsidRPr="000E71A3" w:rsidR="000E71A3" w:rsidP="1B879F1D" w:rsidRDefault="000E71A3" w14:paraId="4825A49C" w14:textId="53E0DAC3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1B879F1D" w:rsidR="000E71A3">
        <w:rPr>
          <w:rFonts w:ascii="Myriad Pro Light" w:hAnsi="Myriad Pro Light"/>
          <w:lang w:val="es-CO"/>
        </w:rPr>
        <w:t xml:space="preserve">Colombia </w:t>
      </w:r>
    </w:p>
    <w:p w:rsidRPr="000E71A3" w:rsidR="000E71A3" w:rsidP="003B4676" w:rsidRDefault="000E71A3" w14:paraId="6728BE53" w14:textId="352AD829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2015</w:t>
      </w:r>
      <w:r w:rsidR="003B4676"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>
        <w:rPr>
          <w:rFonts w:ascii="Myriad Pro Light" w:hAnsi="Myriad Pro Light"/>
          <w:lang w:val="es-CO"/>
        </w:rPr>
        <w:t>Subasta</w:t>
      </w:r>
      <w:proofErr w:type="gramEnd"/>
      <w:r w:rsidRPr="000E71A3">
        <w:rPr>
          <w:rFonts w:ascii="Myriad Pro Light" w:hAnsi="Myriad Pro Light"/>
          <w:lang w:val="es-CO"/>
        </w:rPr>
        <w:t xml:space="preserve"> “Elevarte” Fundación Corazón Verde y </w:t>
      </w:r>
      <w:proofErr w:type="spellStart"/>
      <w:r w:rsidRPr="000E71A3">
        <w:rPr>
          <w:rFonts w:ascii="Myriad Pro Light" w:hAnsi="Myriad Pro Light"/>
          <w:lang w:val="es-CO"/>
        </w:rPr>
        <w:t>Christie’s</w:t>
      </w:r>
      <w:proofErr w:type="spellEnd"/>
      <w:r w:rsidRPr="000E71A3">
        <w:rPr>
          <w:rFonts w:ascii="Myriad Pro Light" w:hAnsi="Myriad Pro Light"/>
          <w:lang w:val="es-CO"/>
        </w:rPr>
        <w:t xml:space="preserve"> New York. </w:t>
      </w:r>
      <w:proofErr w:type="spellStart"/>
      <w:r w:rsidRPr="000E71A3">
        <w:rPr>
          <w:rFonts w:ascii="Myriad Pro Light" w:hAnsi="Myriad Pro Light"/>
          <w:lang w:val="es-CO"/>
        </w:rPr>
        <w:t>Work</w:t>
      </w:r>
      <w:proofErr w:type="spellEnd"/>
      <w:r w:rsidRPr="000E71A3">
        <w:rPr>
          <w:rFonts w:ascii="Myriad Pro Light" w:hAnsi="Myriad Pro Light"/>
          <w:lang w:val="es-CO"/>
        </w:rPr>
        <w:t xml:space="preserve"> “</w:t>
      </w:r>
      <w:proofErr w:type="spellStart"/>
      <w:r w:rsidRPr="000E71A3">
        <w:rPr>
          <w:rFonts w:ascii="Myriad Pro Light" w:hAnsi="Myriad Pro Light"/>
          <w:lang w:val="es-CO"/>
        </w:rPr>
        <w:t>Stabat</w:t>
      </w:r>
      <w:proofErr w:type="spellEnd"/>
      <w:r w:rsidRPr="000E71A3">
        <w:rPr>
          <w:rFonts w:ascii="Myriad Pro Light" w:hAnsi="Myriad Pro Light"/>
          <w:lang w:val="es-CO"/>
        </w:rPr>
        <w:t xml:space="preserve"> Mater” (Hecho con los dibujos de los hijos de los soldados que fallecieron en batalla en Colombia). Bogotá D.C., Colombia.</w:t>
      </w:r>
    </w:p>
    <w:p w:rsidRPr="000E71A3" w:rsidR="000E71A3" w:rsidP="1B879F1D" w:rsidRDefault="00CF06FB" w14:paraId="5217F261" w14:textId="14BF8A66">
      <w:pPr>
        <w:spacing w:after="0" w:line="240" w:lineRule="auto"/>
        <w:rPr>
          <w:rFonts w:ascii="Myriad Pro Light" w:hAnsi="Myriad Pro Light"/>
          <w:lang w:val="es-CO"/>
        </w:rPr>
      </w:pPr>
      <w:r w:rsidRPr="1B879F1D" w:rsidR="00CF06FB">
        <w:rPr>
          <w:rFonts w:ascii="Myriad Pro Light" w:hAnsi="Myriad Pro Light"/>
          <w:b w:val="1"/>
          <w:bCs w:val="1"/>
          <w:lang w:val="es-CO"/>
        </w:rPr>
        <w:t>2014</w:t>
      </w:r>
      <w:r>
        <w:tab/>
      </w:r>
      <w:r w:rsidRPr="1B879F1D" w:rsidR="000E71A3">
        <w:rPr>
          <w:rFonts w:ascii="Myriad Pro Light" w:hAnsi="Myriad Pro Light"/>
          <w:lang w:val="es-CO"/>
        </w:rPr>
        <w:t xml:space="preserve">“Novena subasta de Arte de los Héroes” Corporación Matamoros, Bogotá D.C., </w:t>
      </w:r>
    </w:p>
    <w:p w:rsidRPr="000E71A3" w:rsidR="000E71A3" w:rsidP="1B879F1D" w:rsidRDefault="00CF06FB" w14:paraId="211A6533" w14:textId="744D92F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1B879F1D" w:rsidR="000E71A3">
        <w:rPr>
          <w:rFonts w:ascii="Myriad Pro Light" w:hAnsi="Myriad Pro Light"/>
          <w:lang w:val="es-CO"/>
        </w:rPr>
        <w:t xml:space="preserve">Colombia. </w:t>
      </w:r>
    </w:p>
    <w:p w:rsidRPr="000E71A3" w:rsidR="000E71A3" w:rsidP="000E71A3" w:rsidRDefault="00CF06FB" w14:paraId="0CA91059" w14:textId="4BB39266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2013</w:t>
      </w:r>
      <w:r w:rsidR="003B4676">
        <w:rPr>
          <w:rFonts w:ascii="Myriad Pro Light" w:hAnsi="Myriad Pro Light"/>
          <w:b/>
          <w:bCs/>
          <w:lang w:val="es-CO"/>
        </w:rPr>
        <w:tab/>
      </w:r>
      <w:r w:rsidRPr="000E71A3" w:rsidR="000E71A3">
        <w:rPr>
          <w:rFonts w:ascii="Myriad Pro Light" w:hAnsi="Myriad Pro Light"/>
          <w:lang w:val="es-CO"/>
        </w:rPr>
        <w:t>“Octava subasta de Arte de los Héroes” Corporación Matamoros, Bogotá D.C., Colombia.</w:t>
      </w:r>
    </w:p>
    <w:p w:rsidRPr="000E71A3" w:rsidR="000E71A3" w:rsidP="003B4676" w:rsidRDefault="000E71A3" w14:paraId="4CE4F05C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0E71A3">
        <w:rPr>
          <w:rFonts w:ascii="Myriad Pro Light" w:hAnsi="Myriad Pro Light"/>
          <w:lang w:val="es-CO"/>
        </w:rPr>
        <w:t xml:space="preserve">Subasta “Aflorarte”, Fundación Corazón Verde y </w:t>
      </w:r>
      <w:proofErr w:type="spellStart"/>
      <w:r w:rsidRPr="000E71A3">
        <w:rPr>
          <w:rFonts w:ascii="Myriad Pro Light" w:hAnsi="Myriad Pro Light"/>
          <w:lang w:val="es-CO"/>
        </w:rPr>
        <w:t>Christie´s</w:t>
      </w:r>
      <w:proofErr w:type="spellEnd"/>
      <w:r w:rsidRPr="000E71A3">
        <w:rPr>
          <w:rFonts w:ascii="Myriad Pro Light" w:hAnsi="Myriad Pro Light"/>
          <w:lang w:val="es-CO"/>
        </w:rPr>
        <w:t xml:space="preserve"> New York, Bogotá D.C., Colombia</w:t>
      </w:r>
    </w:p>
    <w:p w:rsidRPr="000E71A3" w:rsidR="000E71A3" w:rsidP="003B4676" w:rsidRDefault="00CF06FB" w14:paraId="05E5E4F3" w14:textId="43042E64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2012</w:t>
      </w:r>
      <w:r w:rsidR="003B4676">
        <w:rPr>
          <w:rFonts w:ascii="Myriad Pro Light" w:hAnsi="Myriad Pro Light"/>
          <w:b/>
          <w:bCs/>
          <w:lang w:val="es-CO"/>
        </w:rPr>
        <w:tab/>
      </w:r>
      <w:r w:rsidRPr="000E71A3" w:rsidR="000E71A3">
        <w:rPr>
          <w:rFonts w:ascii="Myriad Pro Light" w:hAnsi="Myriad Pro Light"/>
          <w:lang w:val="es-CO"/>
        </w:rPr>
        <w:t>“Subasta en honor al maestro colombiano Eduardo Ramírez Villamizar”, Club El Nogal, Bogotá D.C, Colombia.</w:t>
      </w:r>
    </w:p>
    <w:p w:rsidRPr="000E71A3" w:rsidR="000E71A3" w:rsidP="003B4676" w:rsidRDefault="000E71A3" w14:paraId="5F8CE47D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0E71A3">
        <w:rPr>
          <w:rFonts w:ascii="Myriad Pro Light" w:hAnsi="Myriad Pro Light"/>
          <w:lang w:val="es-CO"/>
        </w:rPr>
        <w:t>“III Subasta El arte de dar” Fundación Planeta amor, Club El Nogal, Bogotá, Colombia.</w:t>
      </w:r>
    </w:p>
    <w:p w:rsidRPr="000E71A3" w:rsidR="000E71A3" w:rsidP="003B4676" w:rsidRDefault="000E71A3" w14:paraId="3B2681AD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0E71A3">
        <w:rPr>
          <w:rFonts w:ascii="Myriad Pro Light" w:hAnsi="Myriad Pro Light"/>
          <w:lang w:val="es-CO"/>
        </w:rPr>
        <w:t>Subasta “</w:t>
      </w:r>
      <w:proofErr w:type="spellStart"/>
      <w:r w:rsidRPr="000E71A3">
        <w:rPr>
          <w:rFonts w:ascii="Myriad Pro Light" w:hAnsi="Myriad Pro Light"/>
          <w:lang w:val="es-CO"/>
        </w:rPr>
        <w:t>Azulaarte</w:t>
      </w:r>
      <w:proofErr w:type="spellEnd"/>
      <w:r w:rsidRPr="000E71A3">
        <w:rPr>
          <w:rFonts w:ascii="Myriad Pro Light" w:hAnsi="Myriad Pro Light"/>
          <w:lang w:val="es-CO"/>
        </w:rPr>
        <w:t xml:space="preserve">”, Fundación Corazón Verde y </w:t>
      </w:r>
      <w:proofErr w:type="spellStart"/>
      <w:r w:rsidRPr="000E71A3">
        <w:rPr>
          <w:rFonts w:ascii="Myriad Pro Light" w:hAnsi="Myriad Pro Light"/>
          <w:lang w:val="es-CO"/>
        </w:rPr>
        <w:t>Christie’s</w:t>
      </w:r>
      <w:proofErr w:type="spellEnd"/>
      <w:r w:rsidRPr="000E71A3">
        <w:rPr>
          <w:rFonts w:ascii="Myriad Pro Light" w:hAnsi="Myriad Pro Light"/>
          <w:lang w:val="es-CO"/>
        </w:rPr>
        <w:t xml:space="preserve"> New York, Bogotá, Colombia.</w:t>
      </w:r>
    </w:p>
    <w:p w:rsidRPr="000E71A3" w:rsidR="000E71A3" w:rsidP="003B4676" w:rsidRDefault="000E71A3" w14:paraId="4F49A3C3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0E71A3">
        <w:rPr>
          <w:rFonts w:ascii="Myriad Pro Light" w:hAnsi="Myriad Pro Light"/>
          <w:lang w:val="es-CO"/>
        </w:rPr>
        <w:t>Subasta “Omar Rayo”, Fundación Corazón Verde y Museo Rayo, Bogotá, Colombia.</w:t>
      </w:r>
    </w:p>
    <w:p w:rsidRPr="000E71A3" w:rsidR="000E71A3" w:rsidP="000E71A3" w:rsidRDefault="00CF06FB" w14:paraId="571C487B" w14:textId="12749C48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2009</w:t>
      </w:r>
      <w:r w:rsidR="003B4676"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 w:rsidR="000E71A3">
        <w:rPr>
          <w:rFonts w:ascii="Myriad Pro Light" w:hAnsi="Myriad Pro Light"/>
          <w:lang w:val="es-CO"/>
        </w:rPr>
        <w:t>Subasta</w:t>
      </w:r>
      <w:proofErr w:type="gramEnd"/>
      <w:r w:rsidRPr="000E71A3" w:rsidR="000E71A3">
        <w:rPr>
          <w:rFonts w:ascii="Myriad Pro Light" w:hAnsi="Myriad Pro Light"/>
          <w:lang w:val="es-CO"/>
        </w:rPr>
        <w:t xml:space="preserve"> “Formarte”, Fundación Corazón Verde y </w:t>
      </w:r>
      <w:proofErr w:type="spellStart"/>
      <w:r w:rsidRPr="000E71A3" w:rsidR="000E71A3">
        <w:rPr>
          <w:rFonts w:ascii="Myriad Pro Light" w:hAnsi="Myriad Pro Light"/>
          <w:lang w:val="es-CO"/>
        </w:rPr>
        <w:t>Christie’s</w:t>
      </w:r>
      <w:proofErr w:type="spellEnd"/>
      <w:r w:rsidRPr="000E71A3" w:rsidR="000E71A3">
        <w:rPr>
          <w:rFonts w:ascii="Myriad Pro Light" w:hAnsi="Myriad Pro Light"/>
          <w:lang w:val="es-CO"/>
        </w:rPr>
        <w:t xml:space="preserve"> New York, Bogotá, Colombia.</w:t>
      </w:r>
    </w:p>
    <w:p w:rsidRPr="000E71A3" w:rsidR="000E71A3" w:rsidP="000E71A3" w:rsidRDefault="00CF06FB" w14:paraId="73156BF3" w14:textId="1E9C237E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2007</w:t>
      </w:r>
      <w:r w:rsidR="003B4676"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 w:rsidR="000E71A3">
        <w:rPr>
          <w:rFonts w:ascii="Myriad Pro Light" w:hAnsi="Myriad Pro Light"/>
          <w:lang w:val="es-CO"/>
        </w:rPr>
        <w:t>Subasta</w:t>
      </w:r>
      <w:proofErr w:type="gramEnd"/>
      <w:r w:rsidRPr="000E71A3" w:rsidR="000E71A3">
        <w:rPr>
          <w:rFonts w:ascii="Myriad Pro Light" w:hAnsi="Myriad Pro Light"/>
          <w:lang w:val="es-CO"/>
        </w:rPr>
        <w:t xml:space="preserve"> “</w:t>
      </w:r>
      <w:proofErr w:type="spellStart"/>
      <w:r w:rsidRPr="000E71A3" w:rsidR="000E71A3">
        <w:rPr>
          <w:rFonts w:ascii="Myriad Pro Light" w:hAnsi="Myriad Pro Light"/>
          <w:lang w:val="es-CO"/>
        </w:rPr>
        <w:t>Equusarte</w:t>
      </w:r>
      <w:proofErr w:type="spellEnd"/>
      <w:r w:rsidRPr="000E71A3" w:rsidR="000E71A3">
        <w:rPr>
          <w:rFonts w:ascii="Myriad Pro Light" w:hAnsi="Myriad Pro Light"/>
          <w:lang w:val="es-CO"/>
        </w:rPr>
        <w:t xml:space="preserve">”, Fundación Corazón Verde y </w:t>
      </w:r>
      <w:proofErr w:type="spellStart"/>
      <w:r w:rsidRPr="000E71A3" w:rsidR="000E71A3">
        <w:rPr>
          <w:rFonts w:ascii="Myriad Pro Light" w:hAnsi="Myriad Pro Light"/>
          <w:lang w:val="es-CO"/>
        </w:rPr>
        <w:t>Christie’s</w:t>
      </w:r>
      <w:proofErr w:type="spellEnd"/>
      <w:r w:rsidRPr="000E71A3" w:rsidR="000E71A3">
        <w:rPr>
          <w:rFonts w:ascii="Myriad Pro Light" w:hAnsi="Myriad Pro Light"/>
          <w:lang w:val="es-CO"/>
        </w:rPr>
        <w:t xml:space="preserve"> New York, Bogotá, Colombia </w:t>
      </w:r>
    </w:p>
    <w:p w:rsidRPr="000E71A3" w:rsidR="000E71A3" w:rsidP="000E71A3" w:rsidRDefault="003B4676" w14:paraId="17DB3E3E" w14:textId="670A4820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2004</w:t>
      </w:r>
      <w:r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 w:rsidR="000E71A3">
        <w:rPr>
          <w:rFonts w:ascii="Myriad Pro Light" w:hAnsi="Myriad Pro Light"/>
          <w:lang w:val="es-CO"/>
        </w:rPr>
        <w:t>Subasta</w:t>
      </w:r>
      <w:proofErr w:type="gramEnd"/>
      <w:r w:rsidRPr="000E71A3" w:rsidR="000E71A3">
        <w:rPr>
          <w:rFonts w:ascii="Myriad Pro Light" w:hAnsi="Myriad Pro Light"/>
          <w:lang w:val="es-CO"/>
        </w:rPr>
        <w:t xml:space="preserve"> “Animarte”, Fundación Corazón Verde y </w:t>
      </w:r>
      <w:proofErr w:type="spellStart"/>
      <w:r w:rsidRPr="000E71A3" w:rsidR="000E71A3">
        <w:rPr>
          <w:rFonts w:ascii="Myriad Pro Light" w:hAnsi="Myriad Pro Light"/>
          <w:lang w:val="es-CO"/>
        </w:rPr>
        <w:t>Christie’s</w:t>
      </w:r>
      <w:proofErr w:type="spellEnd"/>
      <w:r w:rsidRPr="000E71A3" w:rsidR="000E71A3">
        <w:rPr>
          <w:rFonts w:ascii="Myriad Pro Light" w:hAnsi="Myriad Pro Light"/>
          <w:lang w:val="es-CO"/>
        </w:rPr>
        <w:t xml:space="preserve"> New York, Bogotá, Colombia. </w:t>
      </w:r>
    </w:p>
    <w:p w:rsidR="00D8202A" w:rsidP="000E71A3" w:rsidRDefault="003B4676" w14:paraId="030D2CE5" w14:textId="107DEC0A">
      <w:pPr>
        <w:spacing w:after="0" w:line="240" w:lineRule="auto"/>
        <w:rPr>
          <w:rFonts w:ascii="Myriad Pro Light" w:hAnsi="Myriad Pro Light"/>
          <w:lang w:val="es-CO"/>
        </w:rPr>
      </w:pPr>
      <w:r>
        <w:rPr>
          <w:rFonts w:ascii="Myriad Pro Light" w:hAnsi="Myriad Pro Light"/>
          <w:b/>
          <w:bCs/>
          <w:lang w:val="es-CO"/>
        </w:rPr>
        <w:t>2003</w:t>
      </w:r>
      <w:r>
        <w:rPr>
          <w:rFonts w:ascii="Myriad Pro Light" w:hAnsi="Myriad Pro Light"/>
          <w:b/>
          <w:bCs/>
          <w:lang w:val="es-CO"/>
        </w:rPr>
        <w:tab/>
      </w:r>
      <w:proofErr w:type="gramStart"/>
      <w:r w:rsidRPr="000E71A3" w:rsidR="000E71A3">
        <w:rPr>
          <w:rFonts w:ascii="Myriad Pro Light" w:hAnsi="Myriad Pro Light"/>
          <w:lang w:val="es-CO"/>
        </w:rPr>
        <w:t>Subasta</w:t>
      </w:r>
      <w:proofErr w:type="gramEnd"/>
      <w:r w:rsidRPr="000E71A3" w:rsidR="000E71A3">
        <w:rPr>
          <w:rFonts w:ascii="Myriad Pro Light" w:hAnsi="Myriad Pro Light"/>
          <w:lang w:val="es-CO"/>
        </w:rPr>
        <w:t xml:space="preserve"> “Máscara” Museo Nacional de Colombia, Bogotá D.C., Colombia.</w:t>
      </w:r>
    </w:p>
    <w:p w:rsidRPr="000E71A3" w:rsidR="000E71A3" w:rsidP="000E71A3" w:rsidRDefault="000E71A3" w14:paraId="4009204D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895CB8" w:rsidR="00895CB8" w:rsidP="00895CB8" w:rsidRDefault="00895CB8" w14:paraId="659C1CAC" w14:textId="77777777">
      <w:pPr>
        <w:spacing w:after="0" w:line="240" w:lineRule="auto"/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</w:pPr>
      <w:r w:rsidRPr="00895CB8"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  <w:t>Residencias y Premios</w:t>
      </w:r>
    </w:p>
    <w:p w:rsidRPr="00DA1804" w:rsidR="00D8202A" w:rsidP="00D8202A" w:rsidRDefault="00D8202A" w14:paraId="4BA3EEF6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DA1804" w:rsidR="00DA1804" w:rsidP="009B203E" w:rsidRDefault="009B203E" w14:paraId="64FB720F" w14:textId="150E9763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9B203E">
        <w:rPr>
          <w:rFonts w:ascii="Myriad Pro Light" w:hAnsi="Myriad Pro Light"/>
          <w:b w:val="1"/>
          <w:bCs w:val="1"/>
          <w:lang w:val="es-CO"/>
        </w:rPr>
        <w:t>2022</w:t>
      </w:r>
      <w:r>
        <w:tab/>
      </w:r>
      <w:r w:rsidRPr="1B879F1D" w:rsidR="00DA1804">
        <w:rPr>
          <w:rFonts w:ascii="Myriad Pro Light" w:hAnsi="Myriad Pro Light"/>
          <w:lang w:val="es-CO"/>
        </w:rPr>
        <w:t>Mejor</w:t>
      </w:r>
      <w:r w:rsidRPr="1B879F1D" w:rsidR="00DA1804">
        <w:rPr>
          <w:rFonts w:ascii="Myriad Pro Light" w:hAnsi="Myriad Pro Light"/>
          <w:lang w:val="es-CO"/>
        </w:rPr>
        <w:t xml:space="preserve"> obra digital “</w:t>
      </w:r>
      <w:r w:rsidRPr="1B879F1D" w:rsidR="00DA1804">
        <w:rPr>
          <w:rFonts w:ascii="Myriad Pro Light" w:hAnsi="Myriad Pro Light"/>
          <w:lang w:val="es-CO"/>
        </w:rPr>
        <w:t>Ánima“</w:t>
      </w:r>
      <w:r w:rsidRPr="1B879F1D" w:rsidR="00DA1804">
        <w:rPr>
          <w:rFonts w:ascii="Myriad Pro Light" w:hAnsi="Myriad Pro Light"/>
          <w:lang w:val="es-CO"/>
        </w:rPr>
        <w:t>, Premios B-Arte, ONG Bitcoin Argentina, Fundación Bitcoin Iberoamérica y LABITCONF, Buenos aires, Argentina.</w:t>
      </w:r>
    </w:p>
    <w:p w:rsidRPr="00DA1804" w:rsidR="00DA1804" w:rsidP="1B879F1D" w:rsidRDefault="009B203E" w14:paraId="1D538756" w14:textId="66842237">
      <w:pPr>
        <w:spacing w:after="0" w:line="240" w:lineRule="auto"/>
        <w:ind w:left="864" w:hanging="864"/>
        <w:rPr>
          <w:rFonts w:ascii="Myriad Pro Light" w:hAnsi="Myriad Pro Light"/>
          <w:lang w:val="en-US"/>
        </w:rPr>
      </w:pPr>
      <w:r w:rsidRPr="1B879F1D" w:rsidR="009B203E">
        <w:rPr>
          <w:rFonts w:ascii="Myriad Pro Light" w:hAnsi="Myriad Pro Light"/>
          <w:b w:val="1"/>
          <w:bCs w:val="1"/>
          <w:lang w:val="en-US"/>
        </w:rPr>
        <w:t>2021</w:t>
      </w:r>
      <w:r>
        <w:tab/>
      </w:r>
      <w:r w:rsidRPr="1B879F1D" w:rsidR="00DA1804">
        <w:rPr>
          <w:rFonts w:ascii="Myriad Pro Light" w:hAnsi="Myriad Pro Light"/>
          <w:lang w:val="en-US"/>
        </w:rPr>
        <w:t xml:space="preserve">Residency.ch International </w:t>
      </w:r>
      <w:r w:rsidRPr="1B879F1D" w:rsidR="00DA1804">
        <w:rPr>
          <w:rFonts w:ascii="Myriad Pro Light" w:hAnsi="Myriad Pro Light"/>
          <w:lang w:val="en-US"/>
        </w:rPr>
        <w:t>artists</w:t>
      </w:r>
      <w:r w:rsidRPr="1B879F1D" w:rsidR="00DA1804">
        <w:rPr>
          <w:rFonts w:ascii="Myriad Pro Light" w:hAnsi="Myriad Pro Light"/>
          <w:lang w:val="en-US"/>
        </w:rPr>
        <w:t xml:space="preserve"> in Bern, PROGR, Museo de Bellas Artes - </w:t>
      </w:r>
      <w:r w:rsidRPr="1B879F1D" w:rsidR="00DA1804">
        <w:rPr>
          <w:rFonts w:ascii="Myriad Pro Light" w:hAnsi="Myriad Pro Light"/>
          <w:lang w:val="en-US"/>
        </w:rPr>
        <w:t>Kunzmuseum</w:t>
      </w:r>
      <w:r w:rsidRPr="1B879F1D" w:rsidR="00DA1804">
        <w:rPr>
          <w:rFonts w:ascii="Myriad Pro Light" w:hAnsi="Myriad Pro Light"/>
          <w:lang w:val="en-US"/>
        </w:rPr>
        <w:t xml:space="preserve"> - </w:t>
      </w:r>
      <w:r w:rsidRPr="1B879F1D" w:rsidR="00DA1804">
        <w:rPr>
          <w:rFonts w:ascii="Myriad Pro Light" w:hAnsi="Myriad Pro Light"/>
          <w:lang w:val="en-US"/>
        </w:rPr>
        <w:t>en</w:t>
      </w:r>
      <w:r w:rsidRPr="1B879F1D" w:rsidR="00DA1804">
        <w:rPr>
          <w:rFonts w:ascii="Myriad Pro Light" w:hAnsi="Myriad Pro Light"/>
          <w:lang w:val="en-US"/>
        </w:rPr>
        <w:t xml:space="preserve"> Berna, </w:t>
      </w:r>
      <w:r w:rsidRPr="1B879F1D" w:rsidR="00DA1804">
        <w:rPr>
          <w:rFonts w:ascii="Myriad Pro Light" w:hAnsi="Myriad Pro Light"/>
          <w:lang w:val="en-US"/>
        </w:rPr>
        <w:t>Switzerland</w:t>
      </w:r>
      <w:r w:rsidRPr="1B879F1D" w:rsidR="00DA1804">
        <w:rPr>
          <w:rFonts w:ascii="Myriad Pro Light" w:hAnsi="Myriad Pro Light"/>
          <w:lang w:val="en-US"/>
        </w:rPr>
        <w:t>.</w:t>
      </w:r>
    </w:p>
    <w:p w:rsidRPr="009B203E" w:rsidR="00D8202A" w:rsidP="00DA1804" w:rsidRDefault="009B203E" w14:paraId="5B3E2A77" w14:textId="10B6A5F4">
      <w:pPr>
        <w:spacing w:after="0" w:line="240" w:lineRule="auto"/>
        <w:rPr>
          <w:rFonts w:ascii="Myriad Pro Light" w:hAnsi="Myriad Pro Light"/>
          <w:lang w:val="es-CO"/>
        </w:rPr>
      </w:pPr>
      <w:r w:rsidRPr="005F7498">
        <w:rPr>
          <w:rFonts w:ascii="Myriad Pro Light" w:hAnsi="Myriad Pro Light"/>
          <w:b/>
          <w:bCs/>
          <w:lang w:val="es-CO"/>
        </w:rPr>
        <w:t>2018</w:t>
      </w:r>
      <w:r>
        <w:rPr>
          <w:rFonts w:ascii="Myriad Pro Light" w:hAnsi="Myriad Pro Light"/>
          <w:lang w:val="es-CO"/>
        </w:rPr>
        <w:tab/>
      </w:r>
      <w:r w:rsidRPr="00DA1804" w:rsidR="00DA1804">
        <w:rPr>
          <w:rFonts w:ascii="Myriad Pro Light" w:hAnsi="Myriad Pro Light"/>
          <w:lang w:val="es-CO"/>
        </w:rPr>
        <w:t xml:space="preserve">“Tesoros de Colombia - Escultura”, Circuito Arte Moda – CAM. </w:t>
      </w:r>
      <w:r w:rsidRPr="009B203E" w:rsidR="00DA1804">
        <w:rPr>
          <w:rFonts w:ascii="Myriad Pro Light" w:hAnsi="Myriad Pro Light"/>
          <w:lang w:val="es-CO"/>
        </w:rPr>
        <w:t>Bogotá, Colombia.</w:t>
      </w:r>
    </w:p>
    <w:p w:rsidRPr="009B203E" w:rsidR="00DA1804" w:rsidP="00DA1804" w:rsidRDefault="00DA1804" w14:paraId="045453E9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895CB8" w:rsidR="00895CB8" w:rsidP="00895CB8" w:rsidRDefault="00895CB8" w14:paraId="005EBEEA" w14:textId="77777777">
      <w:pPr>
        <w:spacing w:after="0" w:line="240" w:lineRule="auto"/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</w:pPr>
      <w:r w:rsidRPr="00895CB8"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  <w:t>Publicaciones</w:t>
      </w:r>
    </w:p>
    <w:p w:rsidRPr="00DA1804" w:rsidR="00D8202A" w:rsidP="00D8202A" w:rsidRDefault="00D8202A" w14:paraId="738F53A4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="00935134" w:rsidP="00DA1804" w:rsidRDefault="00935134" w14:paraId="22A76BB7" w14:textId="215090E6">
      <w:pPr>
        <w:spacing w:after="0" w:line="240" w:lineRule="auto"/>
        <w:rPr>
          <w:rFonts w:ascii="Myriad Pro Light" w:hAnsi="Myriad Pro Light"/>
          <w:lang w:val="es-CO"/>
        </w:rPr>
      </w:pPr>
      <w:r w:rsidRPr="005F7498">
        <w:rPr>
          <w:rFonts w:ascii="Myriad Pro Light" w:hAnsi="Myriad Pro Light"/>
          <w:b/>
          <w:bCs/>
          <w:lang w:val="es-CO"/>
        </w:rPr>
        <w:t>2025</w:t>
      </w:r>
      <w:r>
        <w:rPr>
          <w:rFonts w:ascii="Myriad Pro Light" w:hAnsi="Myriad Pro Light"/>
          <w:lang w:val="es-CO"/>
        </w:rPr>
        <w:tab/>
      </w:r>
      <w:proofErr w:type="gramStart"/>
      <w:r>
        <w:rPr>
          <w:rFonts w:ascii="Myriad Pro Light" w:hAnsi="Myriad Pro Light"/>
          <w:lang w:val="es-CO"/>
        </w:rPr>
        <w:t>Catálogo</w:t>
      </w:r>
      <w:proofErr w:type="gramEnd"/>
      <w:r>
        <w:rPr>
          <w:rFonts w:ascii="Myriad Pro Light" w:hAnsi="Myriad Pro Light"/>
          <w:lang w:val="es-CO"/>
        </w:rPr>
        <w:t xml:space="preserve"> </w:t>
      </w:r>
      <w:r w:rsidR="000A632B">
        <w:rPr>
          <w:rFonts w:ascii="Myriad Pro Light" w:hAnsi="Myriad Pro Light"/>
          <w:lang w:val="es-CO"/>
        </w:rPr>
        <w:t>“</w:t>
      </w:r>
      <w:proofErr w:type="spellStart"/>
      <w:r w:rsidR="000A632B">
        <w:rPr>
          <w:rFonts w:ascii="Myriad Pro Light" w:hAnsi="Myriad Pro Light"/>
          <w:lang w:val="es-CO"/>
        </w:rPr>
        <w:t>Restrospectiva</w:t>
      </w:r>
      <w:proofErr w:type="spellEnd"/>
      <w:r w:rsidR="000A632B">
        <w:rPr>
          <w:rFonts w:ascii="Myriad Pro Light" w:hAnsi="Myriad Pro Light"/>
          <w:lang w:val="es-CO"/>
        </w:rPr>
        <w:t xml:space="preserve"> </w:t>
      </w:r>
      <w:r>
        <w:rPr>
          <w:rFonts w:ascii="Myriad Pro Light" w:hAnsi="Myriad Pro Light"/>
          <w:lang w:val="es-CO"/>
        </w:rPr>
        <w:t>20/40</w:t>
      </w:r>
      <w:r w:rsidR="000A632B">
        <w:rPr>
          <w:rFonts w:ascii="Myriad Pro Light" w:hAnsi="Myriad Pro Light"/>
          <w:lang w:val="es-CO"/>
        </w:rPr>
        <w:t>”</w:t>
      </w:r>
      <w:r>
        <w:rPr>
          <w:rFonts w:ascii="Myriad Pro Light" w:hAnsi="Myriad Pro Light"/>
          <w:lang w:val="es-CO"/>
        </w:rPr>
        <w:t>, Museo Santa Clara, Bogotá, Colombia.</w:t>
      </w:r>
    </w:p>
    <w:p w:rsidRPr="00DA1804" w:rsidR="00DA1804" w:rsidP="00DA1804" w:rsidRDefault="009B203E" w14:paraId="38827EB5" w14:textId="5FEB3EB0">
      <w:pPr>
        <w:spacing w:after="0" w:line="240" w:lineRule="auto"/>
        <w:rPr>
          <w:rFonts w:ascii="Myriad Pro Light" w:hAnsi="Myriad Pro Light"/>
          <w:lang w:val="es-CO"/>
        </w:rPr>
      </w:pPr>
      <w:r w:rsidRPr="005F7498">
        <w:rPr>
          <w:rFonts w:ascii="Myriad Pro Light" w:hAnsi="Myriad Pro Light"/>
          <w:b/>
          <w:bCs/>
          <w:lang w:val="es-CO"/>
        </w:rPr>
        <w:t>2015</w:t>
      </w:r>
      <w:r>
        <w:rPr>
          <w:rFonts w:ascii="Myriad Pro Light" w:hAnsi="Myriad Pro Light"/>
          <w:lang w:val="es-CO"/>
        </w:rPr>
        <w:tab/>
      </w:r>
      <w:proofErr w:type="gramStart"/>
      <w:r w:rsidRPr="00DA1804" w:rsidR="00DA1804">
        <w:rPr>
          <w:rFonts w:ascii="Myriad Pro Light" w:hAnsi="Myriad Pro Light"/>
          <w:lang w:val="es-CO"/>
        </w:rPr>
        <w:t>Anuario</w:t>
      </w:r>
      <w:proofErr w:type="gramEnd"/>
      <w:r w:rsidRPr="00DA1804" w:rsidR="00DA1804">
        <w:rPr>
          <w:rFonts w:ascii="Myriad Pro Light" w:hAnsi="Myriad Pro Light"/>
          <w:lang w:val="es-CO"/>
        </w:rPr>
        <w:t xml:space="preserve"> Revista AXXIS. Bogotá D.C., Colombia.</w:t>
      </w:r>
    </w:p>
    <w:p w:rsidRPr="00DA1804" w:rsidR="00DA1804" w:rsidP="009B203E" w:rsidRDefault="00DA1804" w14:paraId="0143A8AB" w14:textId="77777777">
      <w:pPr>
        <w:spacing w:after="0" w:line="240" w:lineRule="auto"/>
        <w:ind w:left="432" w:firstLine="432"/>
        <w:rPr>
          <w:rFonts w:ascii="Myriad Pro Light" w:hAnsi="Myriad Pro Light"/>
          <w:lang w:val="es-CO"/>
        </w:rPr>
      </w:pPr>
      <w:r w:rsidRPr="00DA1804">
        <w:rPr>
          <w:rFonts w:ascii="Myriad Pro Light" w:hAnsi="Myriad Pro Light"/>
          <w:lang w:val="es-CO"/>
        </w:rPr>
        <w:t>“Especial 100 Diseños”, Revista AXXIS, Bogotá D.C., Colombia.</w:t>
      </w:r>
    </w:p>
    <w:p w:rsidRPr="00DA1804" w:rsidR="00DA1804" w:rsidP="00DA1804" w:rsidRDefault="009B203E" w14:paraId="1BAA6378" w14:textId="5ED0CB77">
      <w:pPr>
        <w:spacing w:after="0" w:line="240" w:lineRule="auto"/>
        <w:rPr>
          <w:rFonts w:ascii="Myriad Pro Light" w:hAnsi="Myriad Pro Light"/>
          <w:lang w:val="es-CO"/>
        </w:rPr>
      </w:pPr>
      <w:r w:rsidRPr="005F7498">
        <w:rPr>
          <w:rFonts w:ascii="Myriad Pro Light" w:hAnsi="Myriad Pro Light"/>
          <w:b/>
          <w:bCs/>
          <w:lang w:val="es-CO"/>
        </w:rPr>
        <w:t>2010</w:t>
      </w:r>
      <w:r w:rsidRPr="005F7498">
        <w:rPr>
          <w:rFonts w:ascii="Myriad Pro Light" w:hAnsi="Myriad Pro Light"/>
          <w:b/>
          <w:bCs/>
          <w:lang w:val="es-CO"/>
        </w:rPr>
        <w:tab/>
      </w:r>
      <w:proofErr w:type="gramStart"/>
      <w:r w:rsidRPr="00DA1804" w:rsidR="00DA1804">
        <w:rPr>
          <w:rFonts w:ascii="Myriad Pro Light" w:hAnsi="Myriad Pro Light"/>
          <w:lang w:val="es-CO"/>
        </w:rPr>
        <w:t>Libro</w:t>
      </w:r>
      <w:proofErr w:type="gramEnd"/>
      <w:r w:rsidRPr="00DA1804" w:rsidR="00DA1804">
        <w:rPr>
          <w:rFonts w:ascii="Myriad Pro Light" w:hAnsi="Myriad Pro Light"/>
          <w:lang w:val="es-CO"/>
        </w:rPr>
        <w:t xml:space="preserve"> de la Feria de Arte de Shanghái 2010, Shanghái, República Popular de China.</w:t>
      </w:r>
    </w:p>
    <w:p w:rsidR="00D8202A" w:rsidP="00DA1804" w:rsidRDefault="00935134" w14:paraId="6668B8FB" w14:textId="0B1A72CB">
      <w:pPr>
        <w:spacing w:after="0" w:line="240" w:lineRule="auto"/>
        <w:rPr>
          <w:rFonts w:ascii="Myriad Pro Light" w:hAnsi="Myriad Pro Light"/>
          <w:lang w:val="es-CO"/>
        </w:rPr>
      </w:pPr>
      <w:r w:rsidRPr="005F7498">
        <w:rPr>
          <w:rFonts w:ascii="Myriad Pro Light" w:hAnsi="Myriad Pro Light"/>
          <w:b/>
          <w:bCs/>
          <w:lang w:val="es-CO"/>
        </w:rPr>
        <w:t>2004</w:t>
      </w:r>
      <w:r w:rsidRPr="005F7498">
        <w:rPr>
          <w:rFonts w:ascii="Myriad Pro Light" w:hAnsi="Myriad Pro Light"/>
          <w:b/>
          <w:bCs/>
          <w:lang w:val="es-CO"/>
        </w:rPr>
        <w:tab/>
      </w:r>
      <w:proofErr w:type="gramStart"/>
      <w:r w:rsidRPr="00DA1804" w:rsidR="00DA1804">
        <w:rPr>
          <w:rFonts w:ascii="Myriad Pro Light" w:hAnsi="Myriad Pro Light"/>
          <w:lang w:val="es-CO"/>
        </w:rPr>
        <w:t>Revista</w:t>
      </w:r>
      <w:proofErr w:type="gramEnd"/>
      <w:r w:rsidRPr="00DA1804" w:rsidR="00DA1804">
        <w:rPr>
          <w:rFonts w:ascii="Myriad Pro Light" w:hAnsi="Myriad Pro Light"/>
          <w:lang w:val="es-CO"/>
        </w:rPr>
        <w:t xml:space="preserve"> Galería MUNDO, Bogotá D.C., Colombia.</w:t>
      </w:r>
    </w:p>
    <w:p w:rsidRPr="00DA1804" w:rsidR="00DA1804" w:rsidP="00DA1804" w:rsidRDefault="00DA1804" w14:paraId="144BDB8C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895CB8" w:rsidR="00895CB8" w:rsidP="00895CB8" w:rsidRDefault="00895CB8" w14:paraId="5BBBF005" w14:textId="77777777">
      <w:pPr>
        <w:spacing w:after="0" w:line="240" w:lineRule="auto"/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</w:pPr>
      <w:r w:rsidRPr="00895CB8">
        <w:rPr>
          <w:rFonts w:ascii="Myriad Pro Light" w:hAnsi="Myriad Pro Light" w:eastAsiaTheme="majorEastAsia" w:cstheme="majorBidi"/>
          <w:b/>
          <w:bCs/>
          <w:smallCaps/>
          <w:color w:val="000000" w:themeColor="text1"/>
          <w:sz w:val="28"/>
          <w:szCs w:val="28"/>
          <w:lang w:val="es-CO"/>
        </w:rPr>
        <w:t>Ponencias y conversatorios</w:t>
      </w:r>
    </w:p>
    <w:p w:rsidRPr="00DA1804" w:rsidR="00D8202A" w:rsidP="00D8202A" w:rsidRDefault="00D8202A" w14:paraId="2198CA8E" w14:textId="77777777">
      <w:pPr>
        <w:spacing w:after="0" w:line="240" w:lineRule="auto"/>
        <w:rPr>
          <w:rFonts w:ascii="Myriad Pro Light" w:hAnsi="Myriad Pro Light"/>
          <w:lang w:val="es-CO"/>
        </w:rPr>
      </w:pPr>
    </w:p>
    <w:p w:rsidRPr="00DA1804" w:rsidR="00DA1804" w:rsidP="005F7498" w:rsidRDefault="005F7498" w14:paraId="6AE6A344" w14:textId="726367B7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445BDE4D" w:rsidR="005F7498">
        <w:rPr>
          <w:rFonts w:ascii="Myriad Pro Light" w:hAnsi="Myriad Pro Light"/>
          <w:b w:val="1"/>
          <w:bCs w:val="1"/>
          <w:lang w:val="es-CO"/>
        </w:rPr>
        <w:t>2023</w:t>
      </w:r>
      <w:r>
        <w:tab/>
      </w:r>
      <w:r w:rsidRPr="445BDE4D" w:rsidR="00DA1804">
        <w:rPr>
          <w:rFonts w:ascii="Myriad Pro Light" w:hAnsi="Myriad Pro Light"/>
          <w:lang w:val="es-CO"/>
        </w:rPr>
        <w:t>“</w:t>
      </w:r>
      <w:r w:rsidRPr="445BDE4D" w:rsidR="00DA1804">
        <w:rPr>
          <w:rFonts w:ascii="Myriad Pro Light" w:hAnsi="Myriad Pro Light"/>
          <w:lang w:val="es-CO"/>
        </w:rPr>
        <w:t>Reimaginando</w:t>
      </w:r>
      <w:r w:rsidRPr="445BDE4D" w:rsidR="00DA1804">
        <w:rPr>
          <w:rFonts w:ascii="Myriad Pro Light" w:hAnsi="Myriad Pro Light"/>
          <w:lang w:val="es-CO"/>
        </w:rPr>
        <w:t xml:space="preserve"> el Arte en la Era de la Inteligencia </w:t>
      </w:r>
      <w:r w:rsidRPr="445BDE4D" w:rsidR="00DA1804">
        <w:rPr>
          <w:rFonts w:ascii="Myriad Pro Light" w:hAnsi="Myriad Pro Light"/>
          <w:lang w:val="es-CO"/>
        </w:rPr>
        <w:t>Articifial</w:t>
      </w:r>
      <w:r w:rsidRPr="445BDE4D" w:rsidR="00DA1804">
        <w:rPr>
          <w:rFonts w:ascii="Myriad Pro Light" w:hAnsi="Myriad Pro Light"/>
          <w:lang w:val="es-CO"/>
        </w:rPr>
        <w:t>”, Colombia 4.0, Ministerio de</w:t>
      </w:r>
      <w:r w:rsidRPr="445BDE4D" w:rsidR="009B203E">
        <w:rPr>
          <w:rFonts w:ascii="Myriad Pro Light" w:hAnsi="Myriad Pro Light"/>
          <w:lang w:val="es-CO"/>
        </w:rPr>
        <w:t xml:space="preserve"> </w:t>
      </w:r>
      <w:r w:rsidRPr="445BDE4D" w:rsidR="00DA1804">
        <w:rPr>
          <w:rFonts w:ascii="Myriad Pro Light" w:hAnsi="Myriad Pro Light"/>
          <w:lang w:val="es-CO"/>
        </w:rPr>
        <w:t>Tecnologías de la información y las Comunicaciones, Bogotá, Colombia.</w:t>
      </w:r>
    </w:p>
    <w:p w:rsidRPr="00DA1804" w:rsidR="00DA1804" w:rsidP="005F7498" w:rsidRDefault="00DA1804" w14:paraId="2D125B3E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DA1804">
        <w:rPr>
          <w:rFonts w:ascii="Myriad Pro Light" w:hAnsi="Myriad Pro Light"/>
          <w:lang w:val="es-CO"/>
        </w:rPr>
        <w:t>“Inteligencia Artificial Generativa, una herramienta que potencia la creatividad humana”, Cumbre Latinoamericana de la Economía Creativa, +CTG, Cartagena, Colombia.</w:t>
      </w:r>
    </w:p>
    <w:p w:rsidRPr="00DA1804" w:rsidR="00DA1804" w:rsidP="005F7498" w:rsidRDefault="005F7498" w14:paraId="344336F6" w14:textId="1D9481B8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5F7498">
        <w:rPr>
          <w:rFonts w:ascii="Myriad Pro Light" w:hAnsi="Myriad Pro Light"/>
          <w:b w:val="1"/>
          <w:bCs w:val="1"/>
          <w:lang w:val="es-CO"/>
        </w:rPr>
        <w:t>2022</w:t>
      </w:r>
      <w:r>
        <w:tab/>
      </w:r>
      <w:r w:rsidRPr="1B879F1D" w:rsidR="00DA1804">
        <w:rPr>
          <w:rFonts w:ascii="Myriad Pro Light" w:hAnsi="Myriad Pro Light"/>
          <w:lang w:val="es-CO"/>
        </w:rPr>
        <w:t>“La inteligencia artificial en el arte: cómo la tecnología está cambiando la forma en que vemos y creamos arte.”, Primera Cumbre de Inteligencia Artificial, Grupo Prisa, Bogotá, Colombia.</w:t>
      </w:r>
    </w:p>
    <w:p w:rsidRPr="00DA1804" w:rsidR="00DA1804" w:rsidP="005F7498" w:rsidRDefault="00DA1804" w14:paraId="11A04241" w14:textId="77777777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DA1804">
        <w:rPr>
          <w:rFonts w:ascii="Myriad Pro Light" w:hAnsi="Myriad Pro Light"/>
          <w:lang w:val="es-CO"/>
        </w:rPr>
        <w:t xml:space="preserve">“La inteligencia artificial </w:t>
      </w:r>
      <w:proofErr w:type="spellStart"/>
      <w:r w:rsidRPr="00DA1804">
        <w:rPr>
          <w:rFonts w:ascii="Myriad Pro Light" w:hAnsi="Myriad Pro Light"/>
          <w:lang w:val="es-CO"/>
        </w:rPr>
        <w:t>esta</w:t>
      </w:r>
      <w:proofErr w:type="spellEnd"/>
      <w:r w:rsidRPr="00DA1804">
        <w:rPr>
          <w:rFonts w:ascii="Myriad Pro Light" w:hAnsi="Myriad Pro Light"/>
          <w:lang w:val="es-CO"/>
        </w:rPr>
        <w:t xml:space="preserve"> cambiando la forma en que pensamos el </w:t>
      </w:r>
      <w:proofErr w:type="gramStart"/>
      <w:r w:rsidRPr="00DA1804">
        <w:rPr>
          <w:rFonts w:ascii="Myriad Pro Light" w:hAnsi="Myriad Pro Light"/>
          <w:lang w:val="es-CO"/>
        </w:rPr>
        <w:t>arte“</w:t>
      </w:r>
      <w:proofErr w:type="gramEnd"/>
      <w:r w:rsidRPr="00DA1804">
        <w:rPr>
          <w:rFonts w:ascii="Myriad Pro Light" w:hAnsi="Myriad Pro Light"/>
          <w:lang w:val="es-CO"/>
        </w:rPr>
        <w:t>, Museo Nacional de Colombia - Asociación amigos del Museo Nacional, Bogotá, Colombia.</w:t>
      </w:r>
    </w:p>
    <w:p w:rsidRPr="00DA1804" w:rsidR="00DA1804" w:rsidP="005F7498" w:rsidRDefault="005F7498" w14:paraId="4C1A64A5" w14:textId="01103839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5F7498">
        <w:rPr>
          <w:rFonts w:ascii="Myriad Pro Light" w:hAnsi="Myriad Pro Light"/>
          <w:b w:val="1"/>
          <w:bCs w:val="1"/>
          <w:lang w:val="es-CO"/>
        </w:rPr>
        <w:t>2019</w:t>
      </w:r>
      <w:r>
        <w:tab/>
      </w:r>
      <w:r w:rsidRPr="1B879F1D" w:rsidR="00DA1804">
        <w:rPr>
          <w:rFonts w:ascii="Myriad Pro Light" w:hAnsi="Myriad Pro Light"/>
          <w:lang w:val="es-CO"/>
        </w:rPr>
        <w:t xml:space="preserve">“Del arte y la </w:t>
      </w:r>
      <w:r w:rsidRPr="1B879F1D" w:rsidR="00DA1804">
        <w:rPr>
          <w:rFonts w:ascii="Myriad Pro Light" w:hAnsi="Myriad Pro Light"/>
          <w:lang w:val="es-CO"/>
        </w:rPr>
        <w:t>creación“</w:t>
      </w:r>
      <w:r w:rsidRPr="1B879F1D" w:rsidR="00DA1804">
        <w:rPr>
          <w:rFonts w:ascii="Myriad Pro Light" w:hAnsi="Myriad Pro Light"/>
          <w:lang w:val="es-CO"/>
        </w:rPr>
        <w:t xml:space="preserve">, Feria Internacional del libro de Bogotá y El Espectador, Bogotá. Colombia. </w:t>
      </w:r>
    </w:p>
    <w:p w:rsidRPr="00DA1804" w:rsidR="00DA1804" w:rsidP="005F7498" w:rsidRDefault="005F7498" w14:paraId="2B93EE27" w14:textId="5BE89F7E">
      <w:pPr>
        <w:spacing w:after="0" w:line="240" w:lineRule="auto"/>
        <w:ind w:left="864" w:hanging="864"/>
        <w:rPr>
          <w:rFonts w:ascii="Myriad Pro Light" w:hAnsi="Myriad Pro Light"/>
          <w:lang w:val="es-CO"/>
        </w:rPr>
      </w:pPr>
      <w:r w:rsidRPr="1B879F1D" w:rsidR="005F7498">
        <w:rPr>
          <w:rFonts w:ascii="Myriad Pro Light" w:hAnsi="Myriad Pro Light"/>
          <w:b w:val="1"/>
          <w:bCs w:val="1"/>
          <w:lang w:val="es-CO"/>
        </w:rPr>
        <w:t>2018</w:t>
      </w:r>
      <w:r>
        <w:tab/>
      </w:r>
      <w:r w:rsidRPr="1B879F1D" w:rsidR="00DA1804">
        <w:rPr>
          <w:rFonts w:ascii="Myriad Pro Light" w:hAnsi="Myriad Pro Light"/>
          <w:lang w:val="es-CO"/>
        </w:rPr>
        <w:t>“Emprender desde el Arte”, Facultad de Artes y Diseño, UNAM, Ciudad de México, México.</w:t>
      </w:r>
    </w:p>
    <w:p w:rsidRPr="00DA1804" w:rsidR="00A534AB" w:rsidP="005F7498" w:rsidRDefault="00DA1804" w14:paraId="1A0611B8" w14:textId="65240A55">
      <w:pPr>
        <w:spacing w:after="0" w:line="240" w:lineRule="auto"/>
        <w:ind w:left="864"/>
        <w:rPr>
          <w:rFonts w:ascii="Myriad Pro Light" w:hAnsi="Myriad Pro Light"/>
          <w:lang w:val="es-CO"/>
        </w:rPr>
      </w:pPr>
      <w:r w:rsidRPr="00DA1804">
        <w:rPr>
          <w:rFonts w:ascii="Myriad Pro Light" w:hAnsi="Myriad Pro Light"/>
          <w:lang w:val="es-CO"/>
        </w:rPr>
        <w:t xml:space="preserve">“Aproximación práctica al emprendimiento </w:t>
      </w:r>
      <w:proofErr w:type="gramStart"/>
      <w:r w:rsidRPr="00DA1804">
        <w:rPr>
          <w:rFonts w:ascii="Myriad Pro Light" w:hAnsi="Myriad Pro Light"/>
          <w:lang w:val="es-CO"/>
        </w:rPr>
        <w:t>creativo“</w:t>
      </w:r>
      <w:proofErr w:type="gramEnd"/>
      <w:r w:rsidRPr="00DA1804">
        <w:rPr>
          <w:rFonts w:ascii="Myriad Pro Light" w:hAnsi="Myriad Pro Light"/>
          <w:lang w:val="es-CO"/>
        </w:rPr>
        <w:t>, Universidad de Bogotá Jorge Tadeo Lozano.</w:t>
      </w:r>
    </w:p>
    <w:sectPr w:rsidRPr="00DA1804" w:rsidR="00A534AB" w:rsidSect="00034616"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219177228">
    <w:abstractNumId w:val="8"/>
  </w:num>
  <w:num w:numId="2" w16cid:durableId="123893011">
    <w:abstractNumId w:val="6"/>
  </w:num>
  <w:num w:numId="3" w16cid:durableId="1468163638">
    <w:abstractNumId w:val="5"/>
  </w:num>
  <w:num w:numId="4" w16cid:durableId="363794093">
    <w:abstractNumId w:val="4"/>
  </w:num>
  <w:num w:numId="5" w16cid:durableId="1765958880">
    <w:abstractNumId w:val="7"/>
  </w:num>
  <w:num w:numId="6" w16cid:durableId="432895355">
    <w:abstractNumId w:val="3"/>
  </w:num>
  <w:num w:numId="7" w16cid:durableId="460658122">
    <w:abstractNumId w:val="2"/>
  </w:num>
  <w:num w:numId="8" w16cid:durableId="997151613">
    <w:abstractNumId w:val="1"/>
  </w:num>
  <w:num w:numId="9" w16cid:durableId="1936667485">
    <w:abstractNumId w:val="0"/>
  </w:num>
  <w:num w:numId="10" w16cid:durableId="1035156185">
    <w:abstractNumId w:val="9"/>
  </w:num>
  <w:num w:numId="11" w16cid:durableId="1586455865">
    <w:abstractNumId w:val="9"/>
  </w:num>
  <w:num w:numId="12" w16cid:durableId="170336045">
    <w:abstractNumId w:val="9"/>
  </w:num>
  <w:num w:numId="13" w16cid:durableId="714233734">
    <w:abstractNumId w:val="9"/>
  </w:num>
  <w:num w:numId="14" w16cid:durableId="569776238">
    <w:abstractNumId w:val="9"/>
  </w:num>
  <w:num w:numId="15" w16cid:durableId="1344699403">
    <w:abstractNumId w:val="9"/>
  </w:num>
  <w:num w:numId="16" w16cid:durableId="1130635247">
    <w:abstractNumId w:val="9"/>
  </w:num>
  <w:num w:numId="17" w16cid:durableId="889459486">
    <w:abstractNumId w:val="9"/>
  </w:num>
  <w:num w:numId="18" w16cid:durableId="124465610">
    <w:abstractNumId w:val="9"/>
  </w:num>
  <w:num w:numId="19" w16cid:durableId="1453403787">
    <w:abstractNumId w:val="9"/>
  </w:num>
  <w:num w:numId="20" w16cid:durableId="1093430356">
    <w:abstractNumId w:val="9"/>
  </w:num>
  <w:num w:numId="21" w16cid:durableId="2077317506">
    <w:abstractNumId w:val="9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43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E5F"/>
    <w:rsid w:val="0006063C"/>
    <w:rsid w:val="000A632B"/>
    <w:rsid w:val="000E71A3"/>
    <w:rsid w:val="0011308C"/>
    <w:rsid w:val="0015074B"/>
    <w:rsid w:val="001A273D"/>
    <w:rsid w:val="001C0EC1"/>
    <w:rsid w:val="0029298F"/>
    <w:rsid w:val="0029639D"/>
    <w:rsid w:val="00326F90"/>
    <w:rsid w:val="003444AF"/>
    <w:rsid w:val="003B4676"/>
    <w:rsid w:val="00486D07"/>
    <w:rsid w:val="004E29DF"/>
    <w:rsid w:val="004F043A"/>
    <w:rsid w:val="005A6C95"/>
    <w:rsid w:val="005B5634"/>
    <w:rsid w:val="005F7498"/>
    <w:rsid w:val="00602499"/>
    <w:rsid w:val="006D0A19"/>
    <w:rsid w:val="007248C2"/>
    <w:rsid w:val="0074024D"/>
    <w:rsid w:val="007D7058"/>
    <w:rsid w:val="00821BBD"/>
    <w:rsid w:val="0088577C"/>
    <w:rsid w:val="00895CB8"/>
    <w:rsid w:val="008D2593"/>
    <w:rsid w:val="008E62CB"/>
    <w:rsid w:val="00924D61"/>
    <w:rsid w:val="00935134"/>
    <w:rsid w:val="009B203E"/>
    <w:rsid w:val="009C1E6C"/>
    <w:rsid w:val="00A3019F"/>
    <w:rsid w:val="00A534AB"/>
    <w:rsid w:val="00AA1D8D"/>
    <w:rsid w:val="00B47730"/>
    <w:rsid w:val="00C840F1"/>
    <w:rsid w:val="00CB0664"/>
    <w:rsid w:val="00CD6FBF"/>
    <w:rsid w:val="00CF06FB"/>
    <w:rsid w:val="00CF69BA"/>
    <w:rsid w:val="00D8202A"/>
    <w:rsid w:val="00DA1804"/>
    <w:rsid w:val="00EA59E5"/>
    <w:rsid w:val="00EC2C9D"/>
    <w:rsid w:val="00FC693F"/>
    <w:rsid w:val="00FF53E4"/>
    <w:rsid w:val="1B879F1D"/>
    <w:rsid w:val="445BDE4D"/>
    <w:rsid w:val="6501A2CA"/>
    <w:rsid w:val="65C0EB46"/>
    <w:rsid w:val="65F53830"/>
    <w:rsid w:val="728621F3"/>
    <w:rsid w:val="785AE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F5B071"/>
  <w14:defaultImageDpi w14:val="300"/>
  <w15:docId w15:val="{EA36BF8D-572E-482A-986E-02A772108B9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E29DF"/>
  </w:style>
  <w:style w:type="paragraph" w:styleId="Heading1">
    <w:name w:val="heading 1"/>
    <w:basedOn w:val="Normal"/>
    <w:next w:val="Normal"/>
    <w:link w:val="Heading1Char"/>
    <w:uiPriority w:val="9"/>
    <w:qFormat/>
    <w:rsid w:val="004E29DF"/>
    <w:pPr>
      <w:keepNext/>
      <w:keepLines/>
      <w:numPr>
        <w:numId w:val="19"/>
      </w:numPr>
      <w:pBdr>
        <w:bottom w:val="single" w:color="595959" w:themeColor="text1" w:themeTint="A6" w:sz="4" w:space="1"/>
      </w:pBdr>
      <w:spacing w:before="360"/>
      <w:outlineLvl w:val="0"/>
    </w:pPr>
    <w:rPr>
      <w:rFonts w:asciiTheme="majorHAnsi" w:hAnsiTheme="majorHAnsi" w:eastAsiaTheme="majorEastAsia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29DF"/>
    <w:pPr>
      <w:keepNext/>
      <w:keepLines/>
      <w:numPr>
        <w:ilvl w:val="1"/>
        <w:numId w:val="19"/>
      </w:numPr>
      <w:spacing w:before="360" w:after="0"/>
      <w:outlineLvl w:val="1"/>
    </w:pPr>
    <w:rPr>
      <w:rFonts w:asciiTheme="majorHAnsi" w:hAnsiTheme="majorHAnsi" w:eastAsiaTheme="majorEastAsia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29DF"/>
    <w:pPr>
      <w:keepNext/>
      <w:keepLines/>
      <w:numPr>
        <w:ilvl w:val="2"/>
        <w:numId w:val="19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9DF"/>
    <w:pPr>
      <w:keepNext/>
      <w:keepLines/>
      <w:numPr>
        <w:ilvl w:val="3"/>
        <w:numId w:val="19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9DF"/>
    <w:pPr>
      <w:keepNext/>
      <w:keepLines/>
      <w:numPr>
        <w:ilvl w:val="4"/>
        <w:numId w:val="19"/>
      </w:numPr>
      <w:spacing w:before="200" w:after="0"/>
      <w:outlineLvl w:val="4"/>
    </w:pPr>
    <w:rPr>
      <w:rFonts w:asciiTheme="majorHAnsi" w:hAnsiTheme="majorHAnsi" w:eastAsiaTheme="majorEastAsia" w:cstheme="majorBidi"/>
      <w:color w:val="17365D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9DF"/>
    <w:pPr>
      <w:keepNext/>
      <w:keepLines/>
      <w:numPr>
        <w:ilvl w:val="5"/>
        <w:numId w:val="19"/>
      </w:numPr>
      <w:spacing w:before="200" w:after="0"/>
      <w:outlineLvl w:val="5"/>
    </w:pPr>
    <w:rPr>
      <w:rFonts w:asciiTheme="majorHAnsi" w:hAnsiTheme="majorHAnsi" w:eastAsiaTheme="majorEastAsia" w:cstheme="majorBidi"/>
      <w:i/>
      <w:iCs/>
      <w:color w:val="17365D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9DF"/>
    <w:pPr>
      <w:keepNext/>
      <w:keepLines/>
      <w:numPr>
        <w:ilvl w:val="6"/>
        <w:numId w:val="19"/>
      </w:numPr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9DF"/>
    <w:pPr>
      <w:keepNext/>
      <w:keepLines/>
      <w:numPr>
        <w:ilvl w:val="7"/>
        <w:numId w:val="19"/>
      </w:numPr>
      <w:spacing w:before="200" w:after="0"/>
      <w:outlineLvl w:val="7"/>
    </w:pPr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9DF"/>
    <w:pPr>
      <w:keepNext/>
      <w:keepLines/>
      <w:numPr>
        <w:ilvl w:val="8"/>
        <w:numId w:val="19"/>
      </w:numPr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4E29D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4E29DF"/>
    <w:rPr>
      <w:rFonts w:asciiTheme="majorHAnsi" w:hAnsiTheme="majorHAnsi" w:eastAsiaTheme="majorEastAsia" w:cstheme="majorBidi"/>
      <w:b/>
      <w:bCs/>
      <w:smallCaps/>
      <w:color w:val="000000" w:themeColor="text1"/>
      <w:sz w:val="36"/>
      <w:szCs w:val="36"/>
    </w:rPr>
  </w:style>
  <w:style w:type="character" w:styleId="Heading2Char" w:customStyle="1">
    <w:name w:val="Heading 2 Char"/>
    <w:basedOn w:val="DefaultParagraphFont"/>
    <w:link w:val="Heading2"/>
    <w:uiPriority w:val="9"/>
    <w:rsid w:val="004E29DF"/>
    <w:rPr>
      <w:rFonts w:asciiTheme="majorHAnsi" w:hAnsiTheme="majorHAnsi" w:eastAsiaTheme="majorEastAsia" w:cstheme="majorBidi"/>
      <w:b/>
      <w:bCs/>
      <w:smallCaps/>
      <w:color w:val="000000" w:themeColor="text1"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rsid w:val="004E29DF"/>
    <w:rPr>
      <w:rFonts w:asciiTheme="majorHAnsi" w:hAnsiTheme="majorHAnsi" w:eastAsiaTheme="majorEastAsia" w:cstheme="majorBidi"/>
      <w:b/>
      <w:bCs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4E29DF"/>
    <w:pPr>
      <w:spacing w:after="0" w:line="240" w:lineRule="auto"/>
      <w:contextualSpacing/>
    </w:pPr>
    <w:rPr>
      <w:rFonts w:asciiTheme="majorHAnsi" w:hAnsiTheme="majorHAnsi" w:eastAsiaTheme="majorEastAsia" w:cstheme="majorBidi"/>
      <w:color w:val="000000" w:themeColor="text1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E29DF"/>
    <w:rPr>
      <w:rFonts w:asciiTheme="majorHAnsi" w:hAnsiTheme="majorHAnsi" w:eastAsiaTheme="majorEastAsia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9DF"/>
    <w:pPr>
      <w:numPr>
        <w:ilvl w:val="1"/>
      </w:numPr>
    </w:pPr>
    <w:rPr>
      <w:color w:val="5A5A5A" w:themeColor="text1" w:themeTint="A5"/>
      <w:spacing w:val="10"/>
    </w:rPr>
  </w:style>
  <w:style w:type="character" w:styleId="SubtitleChar" w:customStyle="1">
    <w:name w:val="Subtitle Char"/>
    <w:basedOn w:val="DefaultParagraphFont"/>
    <w:link w:val="Subtitle"/>
    <w:uiPriority w:val="11"/>
    <w:rsid w:val="004E29DF"/>
    <w:rPr>
      <w:color w:val="5A5A5A" w:themeColor="text1" w:themeTint="A5"/>
      <w:spacing w:val="10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4E29DF"/>
    <w:pPr>
      <w:spacing w:before="160"/>
      <w:ind w:left="720" w:right="720"/>
    </w:pPr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4E29D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E29DF"/>
    <w:rPr>
      <w:rFonts w:asciiTheme="majorHAnsi" w:hAnsiTheme="majorHAnsi" w:eastAsiaTheme="majorEastAsia" w:cstheme="majorBidi"/>
      <w:b/>
      <w:bCs/>
      <w:i/>
      <w:iCs/>
      <w:color w:val="000000" w:themeColor="tex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E29DF"/>
    <w:rPr>
      <w:rFonts w:asciiTheme="majorHAnsi" w:hAnsiTheme="majorHAnsi" w:eastAsiaTheme="majorEastAsia" w:cstheme="majorBidi"/>
      <w:color w:val="17365D" w:themeColor="text2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E29DF"/>
    <w:rPr>
      <w:rFonts w:asciiTheme="majorHAnsi" w:hAnsiTheme="majorHAnsi" w:eastAsiaTheme="majorEastAsia" w:cstheme="majorBidi"/>
      <w:i/>
      <w:iCs/>
      <w:color w:val="17365D" w:themeColor="text2" w:themeShade="B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E29D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E29DF"/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E29D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29D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4E29DF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4E29DF"/>
    <w:rPr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9DF"/>
    <w:pPr>
      <w:pBdr>
        <w:top w:val="single" w:color="F2F2F2" w:themeColor="background1" w:themeShade="F2" w:sz="24" w:space="1"/>
        <w:bottom w:val="single" w:color="F2F2F2" w:themeColor="background1" w:themeShade="F2" w:sz="24" w:space="1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E29DF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4E29D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E29DF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4E29DF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29DF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4E29DF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29D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8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python-docx</dc:creator>
  <keywords/>
  <dc:description>generated by python-docx</dc:description>
  <lastModifiedBy>Juan Llach</lastModifiedBy>
  <revision>6</revision>
  <dcterms:created xsi:type="dcterms:W3CDTF">2025-06-18T19:11:00.0000000Z</dcterms:created>
  <dcterms:modified xsi:type="dcterms:W3CDTF">2025-07-04T14:49:37.1587338Z</dcterms:modified>
  <category/>
</coreProperties>
</file>